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6BF6FF8E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7E229B">
        <w:rPr>
          <w:b/>
          <w:bCs/>
          <w:sz w:val="40"/>
          <w:szCs w:val="40"/>
        </w:rPr>
        <w:t>Obstetrics &amp; Gynaecology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EndPr/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EndPr/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0B07296A">
                <wp:simplePos x="0" y="0"/>
                <wp:positionH relativeFrom="margin">
                  <wp:align>right</wp:align>
                </wp:positionH>
                <wp:positionV relativeFrom="paragraph">
                  <wp:posOffset>2312974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C5B95" w14:textId="4717F137" w:rsidR="00704301" w:rsidRPr="009E1E94" w:rsidRDefault="00704301" w:rsidP="0070430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>Please adhere to the word limit guidelines where provided. Any word count exceeding the limit will be disregarded.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82.1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">
                <v:textbox style="mso-fit-shape-to-text:t">
                  <w:txbxContent>
                    <w:p w14:paraId="712C5B95" w14:textId="4717F137" w:rsidR="00704301" w:rsidRPr="009E1E94" w:rsidRDefault="00704301" w:rsidP="00704301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>Please adhere to the word limit guidelines where provided. Any word count exceeding the limit will be disregarded.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4C6806A8" w14:textId="2F9A4946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</w:t>
      </w:r>
      <w:r w:rsidR="00BF3DBA" w:rsidRPr="00BF3DBA">
        <w:t>NFQ and Postgraduate Memberships</w:t>
      </w:r>
    </w:p>
    <w:p w14:paraId="0A20EB36" w14:textId="73367547" w:rsidR="000A5F58" w:rsidRDefault="000A5F58" w:rsidP="000A5F58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EndPr/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EndPr/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EndPr/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EndPr/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EndPr/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EndPr/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EndPr/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EndPr/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EndPr/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EndPr/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EndPr/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EndPr/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EndPr/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02ABFCBD" w14:textId="77777777" w:rsidR="00704301" w:rsidRDefault="00704301" w:rsidP="00704301"/>
    <w:p w14:paraId="75B4FEB0" w14:textId="0D1BE850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EndPr/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EndPr/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22" w:type="pct"/>
              </w:tcPr>
              <w:p w14:paraId="49AE3929" w14:textId="76907529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818" w:type="pct"/>
              </w:tcPr>
              <w:p w14:paraId="3BD3C74A" w14:textId="2B461E95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976" w:type="pct"/>
              </w:tcPr>
              <w:p w14:paraId="46914337" w14:textId="60A1DDDB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EndPr/>
          <w:sdtContent>
            <w:tc>
              <w:tcPr>
                <w:tcW w:w="787" w:type="pct"/>
              </w:tcPr>
              <w:p w14:paraId="4DCC6CF2" w14:textId="7D207FBA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22" w:type="pct"/>
              </w:tcPr>
              <w:p w14:paraId="0904B07A" w14:textId="40A05405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818" w:type="pct"/>
              </w:tcPr>
              <w:p w14:paraId="13F2E67B" w14:textId="29D591C4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976" w:type="pct"/>
              </w:tcPr>
              <w:p w14:paraId="6880ABF6" w14:textId="4C74DB2A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EndPr/>
          <w:sdtContent>
            <w:tc>
              <w:tcPr>
                <w:tcW w:w="787" w:type="pct"/>
              </w:tcPr>
              <w:p w14:paraId="2B51EDCF" w14:textId="1DAADEB9" w:rsidR="00B16633" w:rsidRPr="00260F73" w:rsidRDefault="009252B7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EndPr/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22" w:type="pct"/>
                      </w:tcPr>
                      <w:p w14:paraId="4E270E41" w14:textId="391770AB" w:rsidR="00B16633" w:rsidRPr="00260F73" w:rsidRDefault="009252B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818" w:type="pct"/>
                      </w:tcPr>
                      <w:p w14:paraId="4B5AA7D5" w14:textId="710BC8CD" w:rsidR="00B16633" w:rsidRPr="00260F73" w:rsidRDefault="009252B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976" w:type="pct"/>
                      </w:tcPr>
                      <w:p w14:paraId="6FE57682" w14:textId="0BE7A43A" w:rsidR="00B16633" w:rsidRPr="00260F73" w:rsidRDefault="009252B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EndPr/>
                  <w:sdtContent>
                    <w:tc>
                      <w:tcPr>
                        <w:tcW w:w="787" w:type="pct"/>
                      </w:tcPr>
                      <w:p w14:paraId="51005B27" w14:textId="1D0EAA53" w:rsidR="00B16633" w:rsidRPr="00260F73" w:rsidRDefault="009252B7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Pr="00260F73" w:rsidRDefault="002D7D98"/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1C1F9C5C" w:rsidR="00214ECC" w:rsidRPr="00260F73" w:rsidRDefault="003729FB">
      <w:r w:rsidRPr="00260F73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11588E6D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3CA21200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57BA1F07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58733B63" w:rsidR="002E140B" w:rsidRPr="00260F73" w:rsidRDefault="002E140B" w:rsidP="002E140B"/>
        </w:tc>
      </w:tr>
      <w:tr w:rsidR="00704301" w:rsidRPr="00260F73" w14:paraId="788206F3" w14:textId="77777777" w:rsidTr="00E70F08">
        <w:tc>
          <w:tcPr>
            <w:tcW w:w="9350" w:type="dxa"/>
            <w:gridSpan w:val="2"/>
          </w:tcPr>
          <w:p w14:paraId="5BFF9EF5" w14:textId="496FC58D" w:rsidR="00704301" w:rsidRPr="00260F73" w:rsidRDefault="0070430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449620804"/>
                <w:placeholder>
                  <w:docPart w:val="0866B3D62A9D467483AD9F2FC112FC99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4301" w:rsidRPr="00260F73" w14:paraId="12B2094A" w14:textId="77777777" w:rsidTr="002E140B">
        <w:tc>
          <w:tcPr>
            <w:tcW w:w="2547" w:type="dxa"/>
          </w:tcPr>
          <w:p w14:paraId="2F519256" w14:textId="77777777" w:rsidR="00704301" w:rsidRPr="00260F73" w:rsidRDefault="0070430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520299046"/>
            <w:placeholder>
              <w:docPart w:val="7B1010EAD2C84E8487A40BF00574A81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6767C308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4C59DBEB" w14:textId="77777777" w:rsidTr="002E140B">
        <w:tc>
          <w:tcPr>
            <w:tcW w:w="2547" w:type="dxa"/>
          </w:tcPr>
          <w:p w14:paraId="531B0744" w14:textId="77777777" w:rsidR="00704301" w:rsidRPr="00260F73" w:rsidRDefault="0070430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664167690"/>
            <w:placeholder>
              <w:docPart w:val="774DACA09B8347AD80C5A7B80BF644C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4EF29C0F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6E148347" w14:textId="77777777" w:rsidTr="002E140B">
        <w:tc>
          <w:tcPr>
            <w:tcW w:w="2547" w:type="dxa"/>
          </w:tcPr>
          <w:p w14:paraId="2E569280" w14:textId="77777777" w:rsidR="00704301" w:rsidRPr="00260F73" w:rsidRDefault="0070430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769592857"/>
            <w:placeholder>
              <w:docPart w:val="8D8B75A06F87471C8A7196FB68E80DBD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A3F00F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AD2FAFD" w14:textId="77777777" w:rsidTr="002E140B">
        <w:tc>
          <w:tcPr>
            <w:tcW w:w="2547" w:type="dxa"/>
          </w:tcPr>
          <w:p w14:paraId="23FD378D" w14:textId="77777777" w:rsidR="00704301" w:rsidRPr="00260F73" w:rsidRDefault="0070430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417447793"/>
            <w:placeholder>
              <w:docPart w:val="387971AC23FA420ABE038062EB7309E1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448E05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2B1A8C1" w14:textId="77777777" w:rsidTr="002E140B">
        <w:tc>
          <w:tcPr>
            <w:tcW w:w="2547" w:type="dxa"/>
            <w:vAlign w:val="center"/>
          </w:tcPr>
          <w:p w14:paraId="4AF39B25" w14:textId="77777777" w:rsidR="00704301" w:rsidRPr="00260F73" w:rsidRDefault="00704301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-1216425209"/>
            <w:placeholder>
              <w:docPart w:val="DDAA593CDB6E4AA99AA5D915941D8E0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E93AF1B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765FE9FC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4A3B705" w14:textId="77777777" w:rsidR="00704301" w:rsidRPr="00260F73" w:rsidRDefault="0070430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69905384"/>
            <w:placeholder>
              <w:docPart w:val="37B5FD9ED6E347BFBBF821AC74E50AB1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7B142E3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AE29677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A05B7C" w14:textId="29A56711" w:rsidR="00704301" w:rsidRPr="00260F73" w:rsidRDefault="00704301" w:rsidP="002E140B"/>
        </w:tc>
      </w:tr>
      <w:tr w:rsidR="00704301" w:rsidRPr="00260F73" w14:paraId="1CCBB391" w14:textId="77777777" w:rsidTr="00E70F08">
        <w:tc>
          <w:tcPr>
            <w:tcW w:w="9350" w:type="dxa"/>
            <w:gridSpan w:val="2"/>
          </w:tcPr>
          <w:p w14:paraId="6576E212" w14:textId="3C9528AE" w:rsidR="00704301" w:rsidRPr="00260F73" w:rsidRDefault="0070430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740858854"/>
                <w:placeholder>
                  <w:docPart w:val="6E96ACD59047469DB81EE6D0B31C287B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4301" w:rsidRPr="00260F73" w14:paraId="728D672E" w14:textId="77777777" w:rsidTr="002E140B">
        <w:tc>
          <w:tcPr>
            <w:tcW w:w="2547" w:type="dxa"/>
          </w:tcPr>
          <w:p w14:paraId="4DB49226" w14:textId="77777777" w:rsidR="00704301" w:rsidRPr="00260F73" w:rsidRDefault="0070430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086348399"/>
            <w:placeholder>
              <w:docPart w:val="D299614F76FA479A90AECD1A0B263FB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35798CB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4D9112C6" w14:textId="77777777" w:rsidTr="002E140B">
        <w:tc>
          <w:tcPr>
            <w:tcW w:w="2547" w:type="dxa"/>
          </w:tcPr>
          <w:p w14:paraId="35BC3BD5" w14:textId="77777777" w:rsidR="00704301" w:rsidRPr="00260F73" w:rsidRDefault="0070430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574782420"/>
            <w:placeholder>
              <w:docPart w:val="02FF125321BC4ABC8AD9E6C98F26C81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1150386B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5E009514" w14:textId="77777777" w:rsidTr="002E140B">
        <w:tc>
          <w:tcPr>
            <w:tcW w:w="2547" w:type="dxa"/>
          </w:tcPr>
          <w:p w14:paraId="518A0EB8" w14:textId="77777777" w:rsidR="00704301" w:rsidRPr="00260F73" w:rsidRDefault="0070430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508868966"/>
            <w:placeholder>
              <w:docPart w:val="8D2E4CF36AE64914ACEB7B5585762479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8638C0D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50F91B3" w14:textId="77777777" w:rsidTr="002E140B">
        <w:tc>
          <w:tcPr>
            <w:tcW w:w="2547" w:type="dxa"/>
          </w:tcPr>
          <w:p w14:paraId="57640F9C" w14:textId="77777777" w:rsidR="00704301" w:rsidRPr="00260F73" w:rsidRDefault="0070430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255438308"/>
            <w:placeholder>
              <w:docPart w:val="61A1A359BD9C4E978BFDB6BF1CAFDA72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34B7AA5D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4955626" w14:textId="77777777" w:rsidTr="002E140B">
        <w:tc>
          <w:tcPr>
            <w:tcW w:w="2547" w:type="dxa"/>
            <w:vAlign w:val="center"/>
          </w:tcPr>
          <w:p w14:paraId="41552052" w14:textId="77777777" w:rsidR="00704301" w:rsidRPr="00260F73" w:rsidRDefault="00704301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1549722277"/>
            <w:placeholder>
              <w:docPart w:val="BF1308D239D64590932AE1CF2858AD30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79C5CEA4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5C0E146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16D149" w14:textId="77777777" w:rsidR="00704301" w:rsidRPr="00260F73" w:rsidRDefault="0070430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807437889"/>
            <w:placeholder>
              <w:docPart w:val="06B75735BC7246449487DBE5D908183E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667C36C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6146210A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8F0881" w14:textId="4A410CCE" w:rsidR="00704301" w:rsidRPr="00260F73" w:rsidRDefault="00704301" w:rsidP="002E140B"/>
        </w:tc>
      </w:tr>
      <w:tr w:rsidR="00704301" w:rsidRPr="00260F73" w14:paraId="16E4B358" w14:textId="77777777" w:rsidTr="00E70F08">
        <w:tc>
          <w:tcPr>
            <w:tcW w:w="9350" w:type="dxa"/>
            <w:gridSpan w:val="2"/>
          </w:tcPr>
          <w:p w14:paraId="2730D193" w14:textId="78C03E9D" w:rsidR="00704301" w:rsidRPr="00260F73" w:rsidRDefault="00704301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1970468337"/>
                <w:placeholder>
                  <w:docPart w:val="63C0A0A9762A448AA847A638E21CA179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4301" w:rsidRPr="00260F73" w14:paraId="4EDB3A04" w14:textId="77777777" w:rsidTr="002E140B">
        <w:tc>
          <w:tcPr>
            <w:tcW w:w="2547" w:type="dxa"/>
          </w:tcPr>
          <w:p w14:paraId="5EC1009F" w14:textId="77777777" w:rsidR="00704301" w:rsidRPr="00260F73" w:rsidRDefault="00704301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1915071807"/>
            <w:placeholder>
              <w:docPart w:val="FFD834A811CB4EF985204EAC761D129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2D41C2CF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43DA14DA" w14:textId="77777777" w:rsidTr="002E140B">
        <w:tc>
          <w:tcPr>
            <w:tcW w:w="2547" w:type="dxa"/>
          </w:tcPr>
          <w:p w14:paraId="4B4D9BD8" w14:textId="77777777" w:rsidR="00704301" w:rsidRPr="00260F73" w:rsidRDefault="00704301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432247293"/>
            <w:placeholder>
              <w:docPart w:val="B2222B2486224E3E9143B4D08CF7A8BA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803" w:type="dxa"/>
              </w:tcPr>
              <w:p w14:paraId="7B6098FD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22C6EE0F" w14:textId="77777777" w:rsidTr="002E140B">
        <w:tc>
          <w:tcPr>
            <w:tcW w:w="2547" w:type="dxa"/>
          </w:tcPr>
          <w:p w14:paraId="205EBB40" w14:textId="77777777" w:rsidR="00704301" w:rsidRPr="00260F73" w:rsidRDefault="00704301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380324453"/>
            <w:placeholder>
              <w:docPart w:val="20C211F8852D4E49AE467B1B30BCB3FB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D4247BC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42A30171" w14:textId="77777777" w:rsidTr="002E140B">
        <w:tc>
          <w:tcPr>
            <w:tcW w:w="2547" w:type="dxa"/>
          </w:tcPr>
          <w:p w14:paraId="44A78B8B" w14:textId="77777777" w:rsidR="00704301" w:rsidRPr="00260F73" w:rsidRDefault="00704301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586267851"/>
            <w:placeholder>
              <w:docPart w:val="1BF1D29387E743F483D0412CCED5C781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6AA1220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408E332" w14:textId="77777777" w:rsidTr="002E140B">
        <w:tc>
          <w:tcPr>
            <w:tcW w:w="2547" w:type="dxa"/>
            <w:vAlign w:val="center"/>
          </w:tcPr>
          <w:p w14:paraId="027B2DE9" w14:textId="77777777" w:rsidR="00704301" w:rsidRPr="00260F73" w:rsidRDefault="00704301" w:rsidP="002E140B">
            <w:proofErr w:type="gramStart"/>
            <w:r w:rsidRPr="00260F73">
              <w:rPr>
                <w:b/>
                <w:bCs/>
              </w:rPr>
              <w:t>Sub Specialty</w:t>
            </w:r>
            <w:proofErr w:type="gramEnd"/>
            <w:r w:rsidRPr="00260F73">
              <w:rPr>
                <w:b/>
                <w:bCs/>
              </w:rPr>
              <w:t xml:space="preserve"> (where applicable</w:t>
            </w:r>
          </w:p>
        </w:tc>
        <w:sdt>
          <w:sdtPr>
            <w:id w:val="2110464437"/>
            <w:placeholder>
              <w:docPart w:val="D3894F2771BC49269638D9CDAEAA6186"/>
            </w:placeholder>
            <w:showingPlcHdr/>
          </w:sdtPr>
          <w:sdtEndPr/>
          <w:sdtContent>
            <w:tc>
              <w:tcPr>
                <w:tcW w:w="6803" w:type="dxa"/>
              </w:tcPr>
              <w:p w14:paraId="4A9CFFA9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F586C82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400B5C0" w14:textId="77777777" w:rsidR="00704301" w:rsidRPr="00260F73" w:rsidRDefault="00704301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737820448"/>
            <w:placeholder>
              <w:docPart w:val="5FEDDF569ED746B8873E4F4D51229E3B"/>
            </w:placeholder>
            <w:showingPlcHdr/>
          </w:sdtPr>
          <w:sdtEndPr/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A49769F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572B322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477A4A" w14:textId="471F2844" w:rsidR="00704301" w:rsidRPr="00260F73" w:rsidRDefault="00704301" w:rsidP="002E140B"/>
        </w:tc>
      </w:tr>
    </w:tbl>
    <w:p w14:paraId="74E4B57A" w14:textId="77777777" w:rsidR="00704301" w:rsidRDefault="00704301">
      <w:pPr>
        <w:pStyle w:val="Heading1"/>
      </w:pPr>
    </w:p>
    <w:p w14:paraId="46C5C6FA" w14:textId="77777777" w:rsidR="00704301" w:rsidRDefault="0070430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05130C26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507E3C43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EndPr/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5717257E" w:rsidR="00CD745A" w:rsidRPr="00260F73" w:rsidRDefault="00CD745A" w:rsidP="002D7D98"/>
        </w:tc>
      </w:tr>
      <w:tr w:rsidR="003713D2" w:rsidRPr="00260F73" w14:paraId="7FD5D7F1" w14:textId="77777777" w:rsidTr="0019370D">
        <w:tc>
          <w:tcPr>
            <w:tcW w:w="9350" w:type="dxa"/>
            <w:gridSpan w:val="2"/>
          </w:tcPr>
          <w:p w14:paraId="7A8FF5CE" w14:textId="5A2D5BB3" w:rsidR="003713D2" w:rsidRPr="00260F73" w:rsidRDefault="003713D2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433701423"/>
                <w:placeholder>
                  <w:docPart w:val="D90A19DFEA52488BB99915162C93968C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713D2" w:rsidRPr="00260F73" w14:paraId="16B7DFA9" w14:textId="77777777" w:rsidTr="00A0792E">
        <w:tc>
          <w:tcPr>
            <w:tcW w:w="2830" w:type="dxa"/>
            <w:vAlign w:val="center"/>
          </w:tcPr>
          <w:p w14:paraId="49CA3F59" w14:textId="77777777" w:rsidR="003713D2" w:rsidRPr="00260F73" w:rsidRDefault="003713D2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325551126"/>
            <w:placeholder>
              <w:docPart w:val="521563FD68FD43D5BA165673FF6D137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6EED0A7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9C2E69A" w14:textId="77777777" w:rsidTr="00A0792E">
        <w:tc>
          <w:tcPr>
            <w:tcW w:w="2830" w:type="dxa"/>
            <w:vAlign w:val="center"/>
          </w:tcPr>
          <w:p w14:paraId="270C1B41" w14:textId="77777777" w:rsidR="003713D2" w:rsidRPr="00260F73" w:rsidRDefault="003713D2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7E63AF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1475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8355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30559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4BFF7EBF" w14:textId="77777777" w:rsidTr="00A0792E">
        <w:tc>
          <w:tcPr>
            <w:tcW w:w="2830" w:type="dxa"/>
            <w:vAlign w:val="center"/>
          </w:tcPr>
          <w:p w14:paraId="15155400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643635738"/>
            <w:placeholder>
              <w:docPart w:val="AE408CFFC6BA4AA5A655C4CB9E8D33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E44445C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0535368D" w14:textId="77777777" w:rsidTr="00A0792E">
        <w:tc>
          <w:tcPr>
            <w:tcW w:w="2830" w:type="dxa"/>
            <w:vAlign w:val="center"/>
          </w:tcPr>
          <w:p w14:paraId="23AE5302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441984824"/>
            <w:placeholder>
              <w:docPart w:val="77C883E787A7487E8AC9A2460D0D61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71B3439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3D0ACDE4" w14:textId="77777777" w:rsidTr="00A0792E">
        <w:tc>
          <w:tcPr>
            <w:tcW w:w="2830" w:type="dxa"/>
            <w:vAlign w:val="center"/>
          </w:tcPr>
          <w:p w14:paraId="657A7D5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7273C56" w14:textId="77777777" w:rsidR="003713D2" w:rsidRPr="00260F73" w:rsidRDefault="003713D2" w:rsidP="00CD745A"/>
        </w:tc>
        <w:sdt>
          <w:sdtPr>
            <w:id w:val="1649172040"/>
            <w:placeholder>
              <w:docPart w:val="EDFABB6305204921AB41714CDBEF1F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7427EE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1D92BE2C" w14:textId="77777777" w:rsidTr="00A0792E">
        <w:tc>
          <w:tcPr>
            <w:tcW w:w="2830" w:type="dxa"/>
            <w:vAlign w:val="center"/>
          </w:tcPr>
          <w:p w14:paraId="62896E3B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4D56B56F" w14:textId="77777777" w:rsidR="003713D2" w:rsidRPr="00260F73" w:rsidRDefault="003713D2" w:rsidP="00CD745A"/>
        </w:tc>
        <w:sdt>
          <w:sdtPr>
            <w:id w:val="1017587781"/>
            <w:placeholder>
              <w:docPart w:val="39948876AF22424CB7ED2F5AF92F9C43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127B41A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47F9E21" w14:textId="77777777" w:rsidTr="00A0792E">
        <w:tc>
          <w:tcPr>
            <w:tcW w:w="2830" w:type="dxa"/>
            <w:vAlign w:val="center"/>
          </w:tcPr>
          <w:p w14:paraId="2196664B" w14:textId="77777777" w:rsidR="003713D2" w:rsidRPr="00260F73" w:rsidRDefault="003713D2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630144458"/>
            <w:placeholder>
              <w:docPart w:val="4EEA29DA30454295831DD7CCFD08932C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21DF0997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C98AF3D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EE21B4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33D2A9E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29952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3171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26E0EB6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787B6" w14:textId="5F7D04C8" w:rsidR="003713D2" w:rsidRPr="00260F73" w:rsidRDefault="003713D2" w:rsidP="002D7D98"/>
        </w:tc>
      </w:tr>
      <w:tr w:rsidR="00704301" w:rsidRPr="00260F73" w14:paraId="557506F3" w14:textId="77777777" w:rsidTr="0019370D">
        <w:tc>
          <w:tcPr>
            <w:tcW w:w="9350" w:type="dxa"/>
            <w:gridSpan w:val="2"/>
          </w:tcPr>
          <w:p w14:paraId="2180637A" w14:textId="421BF3EF" w:rsidR="00704301" w:rsidRPr="00260F73" w:rsidRDefault="00704301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295646739"/>
                <w:placeholder>
                  <w:docPart w:val="40D6CED66AA040DDA69ECDC93E450C5A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4301" w:rsidRPr="00260F73" w14:paraId="0479A022" w14:textId="77777777" w:rsidTr="00A0792E">
        <w:tc>
          <w:tcPr>
            <w:tcW w:w="2830" w:type="dxa"/>
            <w:vAlign w:val="center"/>
          </w:tcPr>
          <w:p w14:paraId="05988AFF" w14:textId="77777777" w:rsidR="00704301" w:rsidRPr="00260F73" w:rsidRDefault="00704301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826711177"/>
            <w:placeholder>
              <w:docPart w:val="0EC5B641FF58471B8393FBFF5435006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8190FA2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24E67B8" w14:textId="77777777" w:rsidTr="00A0792E">
        <w:tc>
          <w:tcPr>
            <w:tcW w:w="2830" w:type="dxa"/>
            <w:vAlign w:val="center"/>
          </w:tcPr>
          <w:p w14:paraId="4900E981" w14:textId="77777777" w:rsidR="00704301" w:rsidRPr="00260F73" w:rsidRDefault="00704301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30AD9B2" w14:textId="77777777" w:rsidR="00704301" w:rsidRPr="00260F73" w:rsidRDefault="00704301" w:rsidP="002D7D98">
            <w:r w:rsidRPr="00260F73">
              <w:t xml:space="preserve">Yes </w:t>
            </w:r>
            <w:sdt>
              <w:sdtPr>
                <w:id w:val="-167641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883915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346629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7A1BDE2B" w14:textId="77777777" w:rsidTr="00A0792E">
        <w:tc>
          <w:tcPr>
            <w:tcW w:w="2830" w:type="dxa"/>
            <w:vAlign w:val="center"/>
          </w:tcPr>
          <w:p w14:paraId="64EDC074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2084289743"/>
            <w:placeholder>
              <w:docPart w:val="4F6637EB45D4412D98228ECBFB3787E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0FFD0E57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5413E0C3" w14:textId="77777777" w:rsidTr="00A0792E">
        <w:tc>
          <w:tcPr>
            <w:tcW w:w="2830" w:type="dxa"/>
            <w:vAlign w:val="center"/>
          </w:tcPr>
          <w:p w14:paraId="1A270B2A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7137552"/>
            <w:placeholder>
              <w:docPart w:val="1D0FF9FCD900404183FBA01DD17A8E4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66E40154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51B8778F" w14:textId="77777777" w:rsidTr="00A0792E">
        <w:tc>
          <w:tcPr>
            <w:tcW w:w="2830" w:type="dxa"/>
            <w:vAlign w:val="center"/>
          </w:tcPr>
          <w:p w14:paraId="19A26C3D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071F1A02" w14:textId="77777777" w:rsidR="00704301" w:rsidRPr="00260F73" w:rsidRDefault="00704301" w:rsidP="00CD745A"/>
        </w:tc>
        <w:sdt>
          <w:sdtPr>
            <w:id w:val="1325237353"/>
            <w:placeholder>
              <w:docPart w:val="451B8A2BB83B4F8DAA717BCE52A67B06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F357AE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363304C" w14:textId="77777777" w:rsidTr="00A0792E">
        <w:tc>
          <w:tcPr>
            <w:tcW w:w="2830" w:type="dxa"/>
            <w:vAlign w:val="center"/>
          </w:tcPr>
          <w:p w14:paraId="2CCF9705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What was the measurable impact?</w:t>
            </w:r>
          </w:p>
          <w:p w14:paraId="32E16E23" w14:textId="77777777" w:rsidR="00704301" w:rsidRPr="00260F73" w:rsidRDefault="00704301" w:rsidP="00CD745A"/>
        </w:tc>
        <w:sdt>
          <w:sdtPr>
            <w:id w:val="344521997"/>
            <w:placeholder>
              <w:docPart w:val="734D0F1915E44420ACD18C395615CB5F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D4B0DF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612F97AD" w14:textId="77777777" w:rsidTr="00A0792E">
        <w:tc>
          <w:tcPr>
            <w:tcW w:w="2830" w:type="dxa"/>
            <w:vAlign w:val="center"/>
          </w:tcPr>
          <w:p w14:paraId="5F40813D" w14:textId="77777777" w:rsidR="00704301" w:rsidRPr="00260F73" w:rsidRDefault="00704301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1198743804"/>
            <w:placeholder>
              <w:docPart w:val="394AB4FA034D45D683E0D68FB55814DE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48AAF2C0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4718C9BF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9DA9F36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531AD2E0" w14:textId="77777777" w:rsidR="00704301" w:rsidRPr="00260F73" w:rsidRDefault="00704301" w:rsidP="002D7D98">
            <w:r w:rsidRPr="00260F73">
              <w:t xml:space="preserve">Yes </w:t>
            </w:r>
            <w:sdt>
              <w:sdtPr>
                <w:id w:val="-23277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69537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346AC61A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006D38" w14:textId="7BECAFA9" w:rsidR="00704301" w:rsidRPr="00260F73" w:rsidRDefault="00704301" w:rsidP="002D7D98"/>
        </w:tc>
      </w:tr>
      <w:tr w:rsidR="00704301" w:rsidRPr="00260F73" w14:paraId="52768C56" w14:textId="77777777" w:rsidTr="0019370D">
        <w:tc>
          <w:tcPr>
            <w:tcW w:w="9350" w:type="dxa"/>
            <w:gridSpan w:val="2"/>
          </w:tcPr>
          <w:p w14:paraId="45546A15" w14:textId="1317A394" w:rsidR="00704301" w:rsidRPr="00260F73" w:rsidRDefault="00704301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269808671"/>
                <w:placeholder>
                  <w:docPart w:val="A50C30937C2045B7AAD66FB89051D785"/>
                </w:placeholder>
                <w:showingPlcHdr/>
              </w:sdtPr>
              <w:sdtEndPr/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704301" w:rsidRPr="00260F73" w14:paraId="7A35ECC6" w14:textId="77777777" w:rsidTr="00A0792E">
        <w:tc>
          <w:tcPr>
            <w:tcW w:w="2830" w:type="dxa"/>
            <w:vAlign w:val="center"/>
          </w:tcPr>
          <w:p w14:paraId="28F28E85" w14:textId="77777777" w:rsidR="00704301" w:rsidRPr="00260F73" w:rsidRDefault="00704301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249241919"/>
            <w:placeholder>
              <w:docPart w:val="B69DD326C5B84E7BBE53DC05AC780EA5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C523E88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6F551F82" w14:textId="77777777" w:rsidTr="00A0792E">
        <w:tc>
          <w:tcPr>
            <w:tcW w:w="2830" w:type="dxa"/>
            <w:vAlign w:val="center"/>
          </w:tcPr>
          <w:p w14:paraId="01C9746D" w14:textId="77777777" w:rsidR="00704301" w:rsidRPr="00260F73" w:rsidRDefault="00704301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8841CE4" w14:textId="77777777" w:rsidR="00704301" w:rsidRPr="00260F73" w:rsidRDefault="00704301" w:rsidP="002D7D98">
            <w:r w:rsidRPr="00260F73">
              <w:t xml:space="preserve">Yes </w:t>
            </w:r>
            <w:sdt>
              <w:sdtPr>
                <w:id w:val="-98192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919759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833562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7CFB04F0" w14:textId="77777777" w:rsidTr="00A0792E">
        <w:tc>
          <w:tcPr>
            <w:tcW w:w="2830" w:type="dxa"/>
            <w:vAlign w:val="center"/>
          </w:tcPr>
          <w:p w14:paraId="2FA6B66A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676578392"/>
            <w:placeholder>
              <w:docPart w:val="195A7B7FDF41441DBCE86092C1339F1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9B0C179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089BF1BA" w14:textId="77777777" w:rsidTr="00A0792E">
        <w:tc>
          <w:tcPr>
            <w:tcW w:w="2830" w:type="dxa"/>
            <w:vAlign w:val="center"/>
          </w:tcPr>
          <w:p w14:paraId="44F95E0D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572650751"/>
            <w:placeholder>
              <w:docPart w:val="8DADDE162BBB4B94A1F9960C195A8A8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520" w:type="dxa"/>
              </w:tcPr>
              <w:p w14:paraId="2D9A0419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3E5C6C6D" w14:textId="77777777" w:rsidTr="00A0792E">
        <w:tc>
          <w:tcPr>
            <w:tcW w:w="2830" w:type="dxa"/>
            <w:vAlign w:val="center"/>
          </w:tcPr>
          <w:p w14:paraId="61951A5A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3020C7DC" w14:textId="77777777" w:rsidR="00704301" w:rsidRPr="00260F73" w:rsidRDefault="00704301" w:rsidP="00CD745A"/>
        </w:tc>
        <w:sdt>
          <w:sdtPr>
            <w:id w:val="1618183809"/>
            <w:placeholder>
              <w:docPart w:val="4BD71F48B86742FE85D545280FEBE8DA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74A0229A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96DEBFB" w14:textId="77777777" w:rsidTr="00A0792E">
        <w:tc>
          <w:tcPr>
            <w:tcW w:w="2830" w:type="dxa"/>
            <w:vAlign w:val="center"/>
          </w:tcPr>
          <w:p w14:paraId="7AB85C73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0DBF933A" w14:textId="77777777" w:rsidR="00704301" w:rsidRPr="00260F73" w:rsidRDefault="00704301" w:rsidP="00CD745A"/>
        </w:tc>
        <w:sdt>
          <w:sdtPr>
            <w:id w:val="1913278863"/>
            <w:placeholder>
              <w:docPart w:val="B2D44261F46A4D6188116D7F492387FD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097FDDD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755C1607" w14:textId="77777777" w:rsidTr="00A0792E">
        <w:tc>
          <w:tcPr>
            <w:tcW w:w="2830" w:type="dxa"/>
            <w:vAlign w:val="center"/>
          </w:tcPr>
          <w:p w14:paraId="5902A71E" w14:textId="77777777" w:rsidR="00704301" w:rsidRPr="00260F73" w:rsidRDefault="00704301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08110037"/>
            <w:placeholder>
              <w:docPart w:val="EDCDEB8C5F974BB49418604D3C996D48"/>
            </w:placeholder>
            <w:showingPlcHdr/>
          </w:sdtPr>
          <w:sdtEndPr/>
          <w:sdtContent>
            <w:tc>
              <w:tcPr>
                <w:tcW w:w="6520" w:type="dxa"/>
              </w:tcPr>
              <w:p w14:paraId="55D206CF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4E32A4DE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68C5FAC9" w14:textId="77777777" w:rsidR="00704301" w:rsidRPr="00260F73" w:rsidRDefault="00704301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0E32CEC2" w14:textId="77777777" w:rsidR="00704301" w:rsidRPr="00260F73" w:rsidRDefault="00704301" w:rsidP="002D7D98">
            <w:r w:rsidRPr="00260F73">
              <w:t xml:space="preserve">Yes </w:t>
            </w:r>
            <w:sdt>
              <w:sdtPr>
                <w:id w:val="159335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52993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7A7B5C70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EBC1ED" w14:textId="771089AA" w:rsidR="00704301" w:rsidRPr="00260F73" w:rsidRDefault="00704301" w:rsidP="002D7D98"/>
        </w:tc>
      </w:tr>
    </w:tbl>
    <w:p w14:paraId="4B13E1C0" w14:textId="77777777" w:rsidR="008525FA" w:rsidRPr="00260F73" w:rsidRDefault="008525FA" w:rsidP="002D7D98"/>
    <w:p w14:paraId="0CFD99FE" w14:textId="77777777" w:rsidR="00704301" w:rsidRDefault="0070430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07C0DD7C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62DC2938" w14:textId="2ABFDF50" w:rsidR="000A5F58" w:rsidRPr="00BF3DBA" w:rsidRDefault="00BF3DBA" w:rsidP="000A5F58">
      <w:pPr>
        <w:rPr>
          <w:lang w:val="en-US"/>
        </w:rPr>
      </w:pPr>
      <w:r w:rsidRPr="00BF3DBA">
        <w:rPr>
          <w:lang w:val="en-US"/>
        </w:rPr>
        <w:t>Publications, Presentations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365E5037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EndPr/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5D1CCCAF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34E53D17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687B8572" w14:textId="210F1637" w:rsidR="00CD745A" w:rsidRPr="00446759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5AD3F0BB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3C2B891F" w:rsidR="00CD745A" w:rsidRPr="00260F73" w:rsidRDefault="00CD745A" w:rsidP="00CD745A"/>
        </w:tc>
      </w:tr>
      <w:tr w:rsidR="003713D2" w:rsidRPr="00260F73" w14:paraId="5A7BC055" w14:textId="77777777" w:rsidTr="00695860">
        <w:tc>
          <w:tcPr>
            <w:tcW w:w="9350" w:type="dxa"/>
            <w:gridSpan w:val="2"/>
          </w:tcPr>
          <w:p w14:paraId="08164C5A" w14:textId="1399C5FD" w:rsidR="003713D2" w:rsidRPr="00015574" w:rsidRDefault="003713D2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47045306"/>
                <w:placeholder>
                  <w:docPart w:val="2636CEBDA55446F2B898CE82D65A7F19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713D2" w:rsidRPr="00260F73" w14:paraId="2145186D" w14:textId="77777777" w:rsidTr="00CD745A">
        <w:tc>
          <w:tcPr>
            <w:tcW w:w="2723" w:type="dxa"/>
            <w:vAlign w:val="center"/>
          </w:tcPr>
          <w:p w14:paraId="588E5A17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44719331"/>
            <w:placeholder>
              <w:docPart w:val="B1AD7A19AFD34107A93F340107E987C9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6822FCB2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3DB2023" w14:textId="77777777" w:rsidTr="00CD745A">
        <w:tc>
          <w:tcPr>
            <w:tcW w:w="2723" w:type="dxa"/>
            <w:vAlign w:val="center"/>
          </w:tcPr>
          <w:p w14:paraId="72C6C651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06710911"/>
            <w:placeholder>
              <w:docPart w:val="886A75EF89754CCCA94133C3ED14837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EB2FE8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F06F30B" w14:textId="77777777" w:rsidTr="00CD745A">
        <w:tc>
          <w:tcPr>
            <w:tcW w:w="2723" w:type="dxa"/>
            <w:vAlign w:val="center"/>
          </w:tcPr>
          <w:p w14:paraId="486CC72A" w14:textId="77777777" w:rsidR="003713D2" w:rsidRPr="00446759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12066124"/>
            <w:placeholder>
              <w:docPart w:val="5ED57F54BA834AB1B5607992871117D0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021780B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5F6EF2A" w14:textId="77777777" w:rsidTr="00CD745A">
        <w:tc>
          <w:tcPr>
            <w:tcW w:w="2723" w:type="dxa"/>
            <w:vAlign w:val="center"/>
          </w:tcPr>
          <w:p w14:paraId="78A6DDE9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95063232"/>
            <w:placeholder>
              <w:docPart w:val="6DFABCABA0B9461DA7D3E68645D5FAB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49C29A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270147D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ED69CFE" w14:textId="77777777" w:rsidR="003713D2" w:rsidRPr="00015574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519656" w14:textId="77777777" w:rsidR="003713D2" w:rsidRPr="00260F73" w:rsidRDefault="003713D2" w:rsidP="00CD745A">
            <w:r w:rsidRPr="00260F73">
              <w:t xml:space="preserve">Yes </w:t>
            </w:r>
            <w:sdt>
              <w:sdtPr>
                <w:id w:val="-5647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285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C9E775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D1063" w14:textId="77777777" w:rsidR="003713D2" w:rsidRPr="00260F73" w:rsidRDefault="003713D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AA2A6" w14:textId="27200CDA" w:rsidR="003713D2" w:rsidRPr="00260F73" w:rsidRDefault="003713D2" w:rsidP="00CD745A"/>
        </w:tc>
      </w:tr>
      <w:tr w:rsidR="00704301" w:rsidRPr="00260F73" w14:paraId="52CB2CC2" w14:textId="77777777" w:rsidTr="00695860">
        <w:tc>
          <w:tcPr>
            <w:tcW w:w="9350" w:type="dxa"/>
            <w:gridSpan w:val="2"/>
          </w:tcPr>
          <w:p w14:paraId="623628E1" w14:textId="5A96BA3D" w:rsidR="00704301" w:rsidRPr="00015574" w:rsidRDefault="00704301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2034182006"/>
                <w:placeholder>
                  <w:docPart w:val="39CCD190185F49298A81B3E8C8DC75F5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704301" w:rsidRPr="00260F73" w14:paraId="716C8F65" w14:textId="77777777" w:rsidTr="00CD745A">
        <w:tc>
          <w:tcPr>
            <w:tcW w:w="2723" w:type="dxa"/>
            <w:vAlign w:val="center"/>
          </w:tcPr>
          <w:p w14:paraId="5780F354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949225738"/>
            <w:placeholder>
              <w:docPart w:val="782D8681A7B4465E8AF6DF18F66E2C3A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903CA17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517CF30" w14:textId="77777777" w:rsidTr="00CD745A">
        <w:tc>
          <w:tcPr>
            <w:tcW w:w="2723" w:type="dxa"/>
            <w:vAlign w:val="center"/>
          </w:tcPr>
          <w:p w14:paraId="6CC61AFD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30687827"/>
            <w:placeholder>
              <w:docPart w:val="4A81FE4BFC9246A98DA336F677BF7F24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07063B26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548F5338" w14:textId="77777777" w:rsidTr="00CD745A">
        <w:tc>
          <w:tcPr>
            <w:tcW w:w="2723" w:type="dxa"/>
            <w:vAlign w:val="center"/>
          </w:tcPr>
          <w:p w14:paraId="4D74289F" w14:textId="77777777" w:rsidR="00704301" w:rsidRPr="00446759" w:rsidRDefault="0070430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021006565"/>
            <w:placeholder>
              <w:docPart w:val="3F17B7A684C34ED58FA29CD6A59A0655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7C4740D6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F8638C7" w14:textId="77777777" w:rsidTr="00CD745A">
        <w:tc>
          <w:tcPr>
            <w:tcW w:w="2723" w:type="dxa"/>
            <w:vAlign w:val="center"/>
          </w:tcPr>
          <w:p w14:paraId="19786064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314578519"/>
            <w:placeholder>
              <w:docPart w:val="BBD208F5CB974A4B87AF5CA8968EAB8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3A169606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77816B80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B3CE08B" w14:textId="77777777" w:rsidR="00704301" w:rsidRPr="00015574" w:rsidRDefault="0070430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597EFB74" w14:textId="77777777" w:rsidR="00704301" w:rsidRPr="00260F73" w:rsidRDefault="00704301" w:rsidP="00CD745A">
            <w:r w:rsidRPr="00260F73">
              <w:t xml:space="preserve">Yes </w:t>
            </w:r>
            <w:sdt>
              <w:sdtPr>
                <w:id w:val="1884834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969095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4F427BCB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060FF3" w14:textId="77777777" w:rsidR="00704301" w:rsidRPr="00260F73" w:rsidRDefault="0070430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EC041" w14:textId="6081473C" w:rsidR="00704301" w:rsidRPr="00260F73" w:rsidRDefault="00704301" w:rsidP="00CD745A"/>
        </w:tc>
      </w:tr>
      <w:tr w:rsidR="00704301" w:rsidRPr="00260F73" w14:paraId="63C4FD3B" w14:textId="77777777" w:rsidTr="00695860">
        <w:tc>
          <w:tcPr>
            <w:tcW w:w="9350" w:type="dxa"/>
            <w:gridSpan w:val="2"/>
          </w:tcPr>
          <w:p w14:paraId="51DE99F4" w14:textId="152C8590" w:rsidR="00704301" w:rsidRPr="00015574" w:rsidRDefault="00704301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369580374"/>
                <w:placeholder>
                  <w:docPart w:val="1E30F93A003B468590B54EFBC22294EE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704301" w:rsidRPr="00260F73" w14:paraId="240DEAEC" w14:textId="77777777" w:rsidTr="00CD745A">
        <w:tc>
          <w:tcPr>
            <w:tcW w:w="2723" w:type="dxa"/>
            <w:vAlign w:val="center"/>
          </w:tcPr>
          <w:p w14:paraId="1733A73D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660375113"/>
            <w:placeholder>
              <w:docPart w:val="5571CEB7E6D54725B58677B7BB2EFB51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3A38ABB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4C1C66A0" w14:textId="77777777" w:rsidTr="00CD745A">
        <w:tc>
          <w:tcPr>
            <w:tcW w:w="2723" w:type="dxa"/>
            <w:vAlign w:val="center"/>
          </w:tcPr>
          <w:p w14:paraId="44FA220C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609079565"/>
            <w:placeholder>
              <w:docPart w:val="47756D4D8139446194653F8164058AC3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AF8F6AF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22C7258D" w14:textId="77777777" w:rsidTr="00CD745A">
        <w:tc>
          <w:tcPr>
            <w:tcW w:w="2723" w:type="dxa"/>
            <w:vAlign w:val="center"/>
          </w:tcPr>
          <w:p w14:paraId="7899D3CD" w14:textId="77777777" w:rsidR="00704301" w:rsidRPr="00446759" w:rsidRDefault="0070430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652903550"/>
            <w:placeholder>
              <w:docPart w:val="4537A7F537554F6D8EF12E968C730337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405F4AD8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6272758E" w14:textId="77777777" w:rsidTr="00CD745A">
        <w:tc>
          <w:tcPr>
            <w:tcW w:w="2723" w:type="dxa"/>
            <w:vAlign w:val="center"/>
          </w:tcPr>
          <w:p w14:paraId="4CF846F9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752854788"/>
            <w:placeholder>
              <w:docPart w:val="5BF960B3AA504D62B5A1A55BEE853AF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BC79380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706534E8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C14C3B1" w14:textId="77777777" w:rsidR="00704301" w:rsidRPr="00015574" w:rsidRDefault="0070430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23A447DA" w14:textId="77777777" w:rsidR="00704301" w:rsidRPr="00260F73" w:rsidRDefault="00704301" w:rsidP="00CD745A">
            <w:r w:rsidRPr="00260F73">
              <w:t xml:space="preserve">Yes </w:t>
            </w:r>
            <w:sdt>
              <w:sdtPr>
                <w:id w:val="-1726596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5242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68306A73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ABA9C1" w14:textId="77777777" w:rsidR="00704301" w:rsidRPr="00260F73" w:rsidRDefault="0070430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9C4C85" w14:textId="66C10011" w:rsidR="00704301" w:rsidRPr="00260F73" w:rsidRDefault="00704301" w:rsidP="00CD745A"/>
        </w:tc>
      </w:tr>
      <w:tr w:rsidR="00704301" w:rsidRPr="00260F73" w14:paraId="5E213C89" w14:textId="77777777" w:rsidTr="00695860">
        <w:tc>
          <w:tcPr>
            <w:tcW w:w="9350" w:type="dxa"/>
            <w:gridSpan w:val="2"/>
          </w:tcPr>
          <w:p w14:paraId="157C56F9" w14:textId="26859E9A" w:rsidR="00704301" w:rsidRPr="00015574" w:rsidRDefault="00704301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747003185"/>
                <w:placeholder>
                  <w:docPart w:val="DE2D82E6303345E0A39E638A854089BF"/>
                </w:placeholder>
                <w:showingPlcHdr/>
              </w:sdtPr>
              <w:sdtEndPr/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704301" w:rsidRPr="00260F73" w14:paraId="46DCAEAB" w14:textId="77777777" w:rsidTr="00CD745A">
        <w:tc>
          <w:tcPr>
            <w:tcW w:w="2723" w:type="dxa"/>
            <w:vAlign w:val="center"/>
          </w:tcPr>
          <w:p w14:paraId="3C1C48CF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917435642"/>
            <w:placeholder>
              <w:docPart w:val="35428F303836423AB2FA3B7849A5BD4B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2421FC67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79F99D76" w14:textId="77777777" w:rsidTr="00CD745A">
        <w:tc>
          <w:tcPr>
            <w:tcW w:w="2723" w:type="dxa"/>
            <w:vAlign w:val="center"/>
          </w:tcPr>
          <w:p w14:paraId="1B25B941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383875546"/>
            <w:placeholder>
              <w:docPart w:val="AA2C270CF2A842D8AE5D1493150C751F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1140B201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4D34EC38" w14:textId="77777777" w:rsidTr="00CD745A">
        <w:tc>
          <w:tcPr>
            <w:tcW w:w="2723" w:type="dxa"/>
            <w:vAlign w:val="center"/>
          </w:tcPr>
          <w:p w14:paraId="781AB48B" w14:textId="77777777" w:rsidR="00704301" w:rsidRPr="00446759" w:rsidRDefault="0070430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277716245"/>
            <w:placeholder>
              <w:docPart w:val="576291C8F06144C0B6B69A2E17F649EC"/>
            </w:placeholder>
            <w:showingPlcHdr/>
          </w:sdtPr>
          <w:sdtEndPr/>
          <w:sdtContent>
            <w:tc>
              <w:tcPr>
                <w:tcW w:w="6627" w:type="dxa"/>
              </w:tcPr>
              <w:p w14:paraId="338D424A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4079D46" w14:textId="77777777" w:rsidTr="00CD745A">
        <w:tc>
          <w:tcPr>
            <w:tcW w:w="2723" w:type="dxa"/>
            <w:vAlign w:val="center"/>
          </w:tcPr>
          <w:p w14:paraId="02570A4C" w14:textId="77777777" w:rsidR="00704301" w:rsidRPr="00015574" w:rsidRDefault="00704301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671334167"/>
            <w:placeholder>
              <w:docPart w:val="F57622EBB33943C796AC2E601F6D3B9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EndPr/>
          <w:sdtContent>
            <w:tc>
              <w:tcPr>
                <w:tcW w:w="6627" w:type="dxa"/>
              </w:tcPr>
              <w:p w14:paraId="6032B2F0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704301" w:rsidRPr="00260F73" w14:paraId="6EE143D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0329491F" w14:textId="77777777" w:rsidR="00704301" w:rsidRPr="00015574" w:rsidRDefault="00704301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1E6D0B3" w14:textId="77777777" w:rsidR="00704301" w:rsidRPr="00260F73" w:rsidRDefault="00704301" w:rsidP="00CD745A">
            <w:r w:rsidRPr="00260F73">
              <w:t xml:space="preserve">Yes </w:t>
            </w:r>
            <w:sdt>
              <w:sdtPr>
                <w:id w:val="-2099784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23061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7C4ABAF7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F44D4C" w14:textId="77777777" w:rsidR="00704301" w:rsidRPr="00260F73" w:rsidRDefault="00704301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462D76" w14:textId="15DF6625" w:rsidR="00704301" w:rsidRPr="00260F73" w:rsidRDefault="00704301" w:rsidP="00CD745A"/>
        </w:tc>
      </w:tr>
    </w:tbl>
    <w:p w14:paraId="2D5243D9" w14:textId="77777777" w:rsidR="00704301" w:rsidRDefault="00704301">
      <w:pPr>
        <w:pStyle w:val="Heading1"/>
      </w:pPr>
    </w:p>
    <w:p w14:paraId="02B4EF68" w14:textId="77777777" w:rsidR="00704301" w:rsidRDefault="00704301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4801A8C9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6ECFF20A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15574" w:rsidRPr="00260F73" w14:paraId="63645DE6" w14:textId="77777777" w:rsidTr="00A0792E">
        <w:tc>
          <w:tcPr>
            <w:tcW w:w="2689" w:type="dxa"/>
          </w:tcPr>
          <w:p w14:paraId="217F5DEE" w14:textId="4811679C" w:rsidR="00015574" w:rsidRPr="00260F73" w:rsidRDefault="00015574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523505239"/>
            <w:placeholder>
              <w:docPart w:val="0D0E7F21F7C74B9EB2B3FE75BF17E85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E433566" w14:textId="7A15B923" w:rsidR="00015574" w:rsidRPr="00260F73" w:rsidRDefault="00015574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2564D772" w:rsidR="00E9708F" w:rsidRPr="00260F73" w:rsidRDefault="00E9708F"/>
        </w:tc>
      </w:tr>
      <w:tr w:rsidR="003713D2" w:rsidRPr="00260F73" w14:paraId="60A6C45B" w14:textId="77777777" w:rsidTr="00A0792E">
        <w:tc>
          <w:tcPr>
            <w:tcW w:w="2689" w:type="dxa"/>
          </w:tcPr>
          <w:p w14:paraId="6E46C46E" w14:textId="597657B5" w:rsidR="003713D2" w:rsidRPr="00260F73" w:rsidRDefault="003713D2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83367350"/>
            <w:placeholder>
              <w:docPart w:val="9F98BD6A7E484DF08110B1C4E624D3D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BEA901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0734555" w14:textId="77777777" w:rsidTr="00A0792E">
        <w:tc>
          <w:tcPr>
            <w:tcW w:w="2689" w:type="dxa"/>
          </w:tcPr>
          <w:p w14:paraId="78C7B684" w14:textId="77777777" w:rsidR="003713D2" w:rsidRPr="00260F73" w:rsidRDefault="003713D2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31882914"/>
            <w:placeholder>
              <w:docPart w:val="233C5AFA5E7E4902A9BB228B214E579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0B1CF8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2FB98C1F" w14:textId="77777777" w:rsidTr="00A0792E">
        <w:tc>
          <w:tcPr>
            <w:tcW w:w="2689" w:type="dxa"/>
          </w:tcPr>
          <w:p w14:paraId="4137BF2C" w14:textId="77777777" w:rsidR="003713D2" w:rsidRPr="00260F73" w:rsidRDefault="003713D2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0417740"/>
            <w:placeholder>
              <w:docPart w:val="1B8839E78C2545FD826212E931A37F3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2ADC70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17ED9A3" w14:textId="77777777" w:rsidTr="00A0792E">
        <w:tc>
          <w:tcPr>
            <w:tcW w:w="2689" w:type="dxa"/>
          </w:tcPr>
          <w:p w14:paraId="7C4151A8" w14:textId="77777777" w:rsidR="003713D2" w:rsidRPr="00260F73" w:rsidRDefault="003713D2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0E69669" w14:textId="77777777" w:rsidR="003713D2" w:rsidRPr="00260F73" w:rsidRDefault="003713D2"/>
        </w:tc>
        <w:sdt>
          <w:sdtPr>
            <w:id w:val="428003593"/>
            <w:placeholder>
              <w:docPart w:val="69B61E07360347BCBC59BA9F385F723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9252810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3D1D623" w14:textId="77777777" w:rsidTr="00A0792E">
        <w:tc>
          <w:tcPr>
            <w:tcW w:w="2689" w:type="dxa"/>
          </w:tcPr>
          <w:p w14:paraId="7A70044C" w14:textId="77777777" w:rsidR="003713D2" w:rsidRPr="00260F73" w:rsidRDefault="003713D2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661DFC2" w14:textId="77777777" w:rsidR="003713D2" w:rsidRPr="00260F73" w:rsidRDefault="003713D2">
            <w:r w:rsidRPr="00260F73">
              <w:t xml:space="preserve">Complete  </w:t>
            </w:r>
            <w:sdt>
              <w:sdtPr>
                <w:id w:val="-15826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44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03D7EC0F" w14:textId="77777777" w:rsidTr="00A0792E">
        <w:tc>
          <w:tcPr>
            <w:tcW w:w="2689" w:type="dxa"/>
          </w:tcPr>
          <w:p w14:paraId="0410F38E" w14:textId="77777777" w:rsidR="003713D2" w:rsidRPr="00260F73" w:rsidRDefault="003713D2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83716422"/>
            <w:placeholder>
              <w:docPart w:val="1B3653A43C104BD19568C0A6A4225B7F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95C4536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539E0342" w14:textId="77777777" w:rsidTr="00A0792E">
        <w:tc>
          <w:tcPr>
            <w:tcW w:w="2689" w:type="dxa"/>
          </w:tcPr>
          <w:p w14:paraId="0D879AD9" w14:textId="77777777" w:rsidR="003713D2" w:rsidRPr="00260F73" w:rsidRDefault="003713D2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529011247"/>
            <w:placeholder>
              <w:docPart w:val="EEADD47DEE724B839CD6026B1BF75AA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64C2E6E" w14:textId="77777777" w:rsidR="003713D2" w:rsidRPr="00260F73" w:rsidRDefault="003713D2" w:rsidP="00016A95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713D2" w:rsidRPr="00260F73" w14:paraId="4F76E79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FEFD7E3" w14:textId="77777777" w:rsidR="003713D2" w:rsidRPr="00260F73" w:rsidRDefault="003713D2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F3A024B" w14:textId="77777777" w:rsidR="003713D2" w:rsidRPr="00260F73" w:rsidRDefault="003713D2">
            <w:r w:rsidRPr="00260F73">
              <w:t xml:space="preserve">Yes </w:t>
            </w:r>
            <w:sdt>
              <w:sdtPr>
                <w:id w:val="13923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687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1A6A0C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E63DE" w14:textId="27BB59F2" w:rsidR="003713D2" w:rsidRPr="00260F73" w:rsidRDefault="003713D2"/>
        </w:tc>
      </w:tr>
      <w:tr w:rsidR="00704301" w:rsidRPr="00260F73" w14:paraId="13CCD2D9" w14:textId="77777777" w:rsidTr="00A0792E">
        <w:tc>
          <w:tcPr>
            <w:tcW w:w="2689" w:type="dxa"/>
          </w:tcPr>
          <w:p w14:paraId="41A51307" w14:textId="752D65B4" w:rsidR="00704301" w:rsidRPr="00260F73" w:rsidRDefault="00704301">
            <w:r w:rsidRPr="00260F73">
              <w:rPr>
                <w:b/>
                <w:bCs/>
              </w:rPr>
              <w:t>Role</w:t>
            </w:r>
          </w:p>
        </w:tc>
        <w:sdt>
          <w:sdtPr>
            <w:id w:val="2078166938"/>
            <w:placeholder>
              <w:docPart w:val="9C1ADFC792F04B1F9340DFDB253C0CB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4D7BF2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7A059198" w14:textId="77777777" w:rsidTr="00A0792E">
        <w:tc>
          <w:tcPr>
            <w:tcW w:w="2689" w:type="dxa"/>
          </w:tcPr>
          <w:p w14:paraId="33C19198" w14:textId="77777777" w:rsidR="00704301" w:rsidRPr="00260F73" w:rsidRDefault="00704301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460547539"/>
            <w:placeholder>
              <w:docPart w:val="C83DA7695D7E402EB5CA19517CCBE5B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3FB47FE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562ED0E" w14:textId="77777777" w:rsidTr="00A0792E">
        <w:tc>
          <w:tcPr>
            <w:tcW w:w="2689" w:type="dxa"/>
          </w:tcPr>
          <w:p w14:paraId="42AF6882" w14:textId="77777777" w:rsidR="00704301" w:rsidRPr="00260F73" w:rsidRDefault="00704301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155149434"/>
            <w:placeholder>
              <w:docPart w:val="4DF16CD0A7CA4AAC96AFFE3614E8DBE3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E491978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57C5CE4F" w14:textId="77777777" w:rsidTr="00A0792E">
        <w:tc>
          <w:tcPr>
            <w:tcW w:w="2689" w:type="dxa"/>
          </w:tcPr>
          <w:p w14:paraId="2F2D1179" w14:textId="77777777" w:rsidR="00704301" w:rsidRPr="00260F73" w:rsidRDefault="00704301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6F040B32" w14:textId="77777777" w:rsidR="00704301" w:rsidRPr="00260F73" w:rsidRDefault="00704301"/>
        </w:tc>
        <w:sdt>
          <w:sdtPr>
            <w:id w:val="1957747924"/>
            <w:placeholder>
              <w:docPart w:val="CD7955DC92C146A480B5A5AA61DC478A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92E7EDE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6569E07" w14:textId="77777777" w:rsidTr="00A0792E">
        <w:tc>
          <w:tcPr>
            <w:tcW w:w="2689" w:type="dxa"/>
          </w:tcPr>
          <w:p w14:paraId="5A88875C" w14:textId="77777777" w:rsidR="00704301" w:rsidRPr="00260F73" w:rsidRDefault="00704301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2BDCC62" w14:textId="77777777" w:rsidR="00704301" w:rsidRPr="00260F73" w:rsidRDefault="00704301">
            <w:r w:rsidRPr="00260F73">
              <w:t xml:space="preserve">Complete  </w:t>
            </w:r>
            <w:sdt>
              <w:sdtPr>
                <w:id w:val="34931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8934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08BEBABD" w14:textId="77777777" w:rsidTr="00A0792E">
        <w:tc>
          <w:tcPr>
            <w:tcW w:w="2689" w:type="dxa"/>
          </w:tcPr>
          <w:p w14:paraId="43F91E87" w14:textId="77777777" w:rsidR="00704301" w:rsidRPr="00260F73" w:rsidRDefault="00704301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-1235388948"/>
            <w:placeholder>
              <w:docPart w:val="D386D2A85A6C46C7BCDD51D6489D4EF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714EC6C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763B0FE" w14:textId="77777777" w:rsidTr="00A0792E">
        <w:tc>
          <w:tcPr>
            <w:tcW w:w="2689" w:type="dxa"/>
          </w:tcPr>
          <w:p w14:paraId="180E8D6D" w14:textId="77777777" w:rsidR="00704301" w:rsidRPr="00260F73" w:rsidRDefault="00704301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913891460"/>
            <w:placeholder>
              <w:docPart w:val="F3809BE3FCAF480C963D6647612F9F42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01543AE2" w14:textId="77777777" w:rsidR="00704301" w:rsidRPr="00260F73" w:rsidRDefault="00704301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704301" w:rsidRPr="00260F73" w14:paraId="35FC5DE6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689BF4A" w14:textId="77777777" w:rsidR="00704301" w:rsidRPr="00260F73" w:rsidRDefault="00704301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4D7C5602" w14:textId="77777777" w:rsidR="00704301" w:rsidRPr="00260F73" w:rsidRDefault="00704301">
            <w:r w:rsidRPr="00260F73">
              <w:t xml:space="preserve">Yes </w:t>
            </w:r>
            <w:sdt>
              <w:sdtPr>
                <w:id w:val="-213825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725360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15F2BF75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AB0BDC" w14:textId="4EAA4532" w:rsidR="00704301" w:rsidRPr="00260F73" w:rsidRDefault="00704301"/>
        </w:tc>
      </w:tr>
      <w:tr w:rsidR="00704301" w:rsidRPr="00260F73" w14:paraId="1971950C" w14:textId="77777777" w:rsidTr="00A0792E">
        <w:tc>
          <w:tcPr>
            <w:tcW w:w="2689" w:type="dxa"/>
          </w:tcPr>
          <w:p w14:paraId="292B14BC" w14:textId="7050B2CB" w:rsidR="00704301" w:rsidRPr="00260F73" w:rsidRDefault="00704301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98469395"/>
            <w:placeholder>
              <w:docPart w:val="97193FE4EF3E4CB1AAF251352C0E3EC8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4C7360D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2FE7472A" w14:textId="77777777" w:rsidTr="00A0792E">
        <w:tc>
          <w:tcPr>
            <w:tcW w:w="2689" w:type="dxa"/>
          </w:tcPr>
          <w:p w14:paraId="356FBECF" w14:textId="77777777" w:rsidR="00704301" w:rsidRPr="00260F73" w:rsidRDefault="00704301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1749841837"/>
            <w:placeholder>
              <w:docPart w:val="5A25E580EE9047F5AFA994BF94B31B8C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AF7CFB0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170D8DB3" w14:textId="77777777" w:rsidTr="00A0792E">
        <w:tc>
          <w:tcPr>
            <w:tcW w:w="2689" w:type="dxa"/>
          </w:tcPr>
          <w:p w14:paraId="56A1E0E3" w14:textId="77777777" w:rsidR="00704301" w:rsidRPr="00260F73" w:rsidRDefault="00704301">
            <w:r w:rsidRPr="00260F73">
              <w:rPr>
                <w:b/>
                <w:bCs/>
              </w:rPr>
              <w:lastRenderedPageBreak/>
              <w:t>Teaching Delivered</w:t>
            </w:r>
          </w:p>
        </w:tc>
        <w:sdt>
          <w:sdtPr>
            <w:id w:val="2059120872"/>
            <w:placeholder>
              <w:docPart w:val="09939A02E32A47B38D6B578ED375306E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B3D3B02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44406B55" w14:textId="77777777" w:rsidTr="00A0792E">
        <w:tc>
          <w:tcPr>
            <w:tcW w:w="2689" w:type="dxa"/>
          </w:tcPr>
          <w:p w14:paraId="7E01DAEC" w14:textId="77777777" w:rsidR="00704301" w:rsidRPr="00260F73" w:rsidRDefault="00704301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28389A34" w14:textId="77777777" w:rsidR="00704301" w:rsidRPr="00260F73" w:rsidRDefault="00704301"/>
        </w:tc>
        <w:sdt>
          <w:sdtPr>
            <w:id w:val="295950818"/>
            <w:placeholder>
              <w:docPart w:val="A694201B11E841D682C20D5DDD8697C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E808A2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27474460" w14:textId="77777777" w:rsidTr="00A0792E">
        <w:tc>
          <w:tcPr>
            <w:tcW w:w="2689" w:type="dxa"/>
          </w:tcPr>
          <w:p w14:paraId="76627710" w14:textId="77777777" w:rsidR="00704301" w:rsidRPr="00260F73" w:rsidRDefault="00704301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A7EA330" w14:textId="77777777" w:rsidR="00704301" w:rsidRPr="00260F73" w:rsidRDefault="00704301">
            <w:r w:rsidRPr="00260F73">
              <w:t xml:space="preserve">Complete  </w:t>
            </w:r>
            <w:sdt>
              <w:sdtPr>
                <w:id w:val="433793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58482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1736C4BE" w14:textId="77777777" w:rsidTr="00A0792E">
        <w:tc>
          <w:tcPr>
            <w:tcW w:w="2689" w:type="dxa"/>
          </w:tcPr>
          <w:p w14:paraId="7416EBD7" w14:textId="77777777" w:rsidR="00704301" w:rsidRPr="00260F73" w:rsidRDefault="00704301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438492387"/>
            <w:placeholder>
              <w:docPart w:val="6EED694F7ADA41D182026A1B4E464D4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E62968F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641685B4" w14:textId="77777777" w:rsidTr="00A0792E">
        <w:tc>
          <w:tcPr>
            <w:tcW w:w="2689" w:type="dxa"/>
          </w:tcPr>
          <w:p w14:paraId="2B2669DE" w14:textId="77777777" w:rsidR="00704301" w:rsidRPr="00260F73" w:rsidRDefault="00704301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1620804604"/>
            <w:placeholder>
              <w:docPart w:val="E7296CF00AEE414FB046425A9610004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7BB83001" w14:textId="77777777" w:rsidR="00704301" w:rsidRPr="00260F73" w:rsidRDefault="00704301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704301" w:rsidRPr="00260F73" w14:paraId="4C3CCA97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4F144798" w14:textId="77777777" w:rsidR="00704301" w:rsidRPr="00260F73" w:rsidRDefault="00704301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80B8010" w14:textId="77777777" w:rsidR="00704301" w:rsidRPr="00260F73" w:rsidRDefault="00704301">
            <w:r w:rsidRPr="00260F73">
              <w:t xml:space="preserve">Yes </w:t>
            </w:r>
            <w:sdt>
              <w:sdtPr>
                <w:id w:val="-1502962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796640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2FC6B608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4E875" w14:textId="0CE96191" w:rsidR="00704301" w:rsidRPr="00260F73" w:rsidRDefault="00704301"/>
        </w:tc>
      </w:tr>
      <w:tr w:rsidR="00704301" w:rsidRPr="00260F73" w14:paraId="777A6AE1" w14:textId="77777777" w:rsidTr="00A0792E">
        <w:tc>
          <w:tcPr>
            <w:tcW w:w="2689" w:type="dxa"/>
          </w:tcPr>
          <w:p w14:paraId="4BD1FCCB" w14:textId="4371B17F" w:rsidR="00704301" w:rsidRPr="00260F73" w:rsidRDefault="00704301">
            <w:r w:rsidRPr="00260F73">
              <w:rPr>
                <w:b/>
                <w:bCs/>
              </w:rPr>
              <w:t>Role</w:t>
            </w:r>
          </w:p>
        </w:tc>
        <w:sdt>
          <w:sdtPr>
            <w:id w:val="-738703816"/>
            <w:placeholder>
              <w:docPart w:val="F2854E737AF84EFCBBED6918EF96A6A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1DBC752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67CA829B" w14:textId="77777777" w:rsidTr="00A0792E">
        <w:tc>
          <w:tcPr>
            <w:tcW w:w="2689" w:type="dxa"/>
          </w:tcPr>
          <w:p w14:paraId="2E632EA1" w14:textId="77777777" w:rsidR="00704301" w:rsidRPr="00260F73" w:rsidRDefault="00704301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349918125"/>
            <w:placeholder>
              <w:docPart w:val="B58E0E0D74124003B3C5006B44957AD0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2E0097C1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0C421E40" w14:textId="77777777" w:rsidTr="00A0792E">
        <w:tc>
          <w:tcPr>
            <w:tcW w:w="2689" w:type="dxa"/>
          </w:tcPr>
          <w:p w14:paraId="5F0156B0" w14:textId="77777777" w:rsidR="00704301" w:rsidRPr="00260F73" w:rsidRDefault="00704301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3894012"/>
            <w:placeholder>
              <w:docPart w:val="1823D120D3544DDB9D162684B36AE8CD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51678ABC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36E1B91" w14:textId="77777777" w:rsidTr="00A0792E">
        <w:tc>
          <w:tcPr>
            <w:tcW w:w="2689" w:type="dxa"/>
          </w:tcPr>
          <w:p w14:paraId="5F8F2975" w14:textId="77777777" w:rsidR="00704301" w:rsidRPr="00260F73" w:rsidRDefault="00704301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12364DCA" w14:textId="77777777" w:rsidR="00704301" w:rsidRPr="00260F73" w:rsidRDefault="00704301"/>
        </w:tc>
        <w:sdt>
          <w:sdtPr>
            <w:id w:val="1345048412"/>
            <w:placeholder>
              <w:docPart w:val="4F49E151BE1E4992AD46F6297B15E2F9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8530185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3E2B1B6D" w14:textId="77777777" w:rsidTr="00A0792E">
        <w:tc>
          <w:tcPr>
            <w:tcW w:w="2689" w:type="dxa"/>
          </w:tcPr>
          <w:p w14:paraId="222451C2" w14:textId="77777777" w:rsidR="00704301" w:rsidRPr="00260F73" w:rsidRDefault="00704301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66614F46" w14:textId="77777777" w:rsidR="00704301" w:rsidRPr="00260F73" w:rsidRDefault="00704301">
            <w:r w:rsidRPr="00260F73">
              <w:t xml:space="preserve">Complete  </w:t>
            </w:r>
            <w:sdt>
              <w:sdtPr>
                <w:id w:val="173574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29787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532D1561" w14:textId="77777777" w:rsidTr="00A0792E">
        <w:tc>
          <w:tcPr>
            <w:tcW w:w="2689" w:type="dxa"/>
          </w:tcPr>
          <w:p w14:paraId="16C80D20" w14:textId="77777777" w:rsidR="00704301" w:rsidRPr="00260F73" w:rsidRDefault="00704301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273366505"/>
            <w:placeholder>
              <w:docPart w:val="8AC7D637E6C94DDFAC0E5544DBD1B24B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13AC4704" w14:textId="77777777" w:rsidR="00704301" w:rsidRPr="00260F73" w:rsidRDefault="00704301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704301" w:rsidRPr="00260F73" w14:paraId="21C7FC5B" w14:textId="77777777" w:rsidTr="00A0792E">
        <w:tc>
          <w:tcPr>
            <w:tcW w:w="2689" w:type="dxa"/>
          </w:tcPr>
          <w:p w14:paraId="039A1B89" w14:textId="77777777" w:rsidR="00704301" w:rsidRPr="00260F73" w:rsidRDefault="00704301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789966347"/>
            <w:placeholder>
              <w:docPart w:val="D82EAF53DEAD4A45B8BE06944EAB33A6"/>
            </w:placeholder>
            <w:showingPlcHdr/>
          </w:sdtPr>
          <w:sdtEndPr/>
          <w:sdtContent>
            <w:tc>
              <w:tcPr>
                <w:tcW w:w="6661" w:type="dxa"/>
              </w:tcPr>
              <w:p w14:paraId="4A1EFC75" w14:textId="77777777" w:rsidR="00704301" w:rsidRPr="00260F73" w:rsidRDefault="00704301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704301" w:rsidRPr="00260F73" w14:paraId="2C90393D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028FF76" w14:textId="77777777" w:rsidR="00704301" w:rsidRPr="00260F73" w:rsidRDefault="00704301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DD0186" w14:textId="77777777" w:rsidR="00704301" w:rsidRPr="00260F73" w:rsidRDefault="00704301">
            <w:r w:rsidRPr="00260F73">
              <w:t xml:space="preserve">Yes </w:t>
            </w:r>
            <w:sdt>
              <w:sdtPr>
                <w:id w:val="587739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40356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4301" w:rsidRPr="00260F73" w14:paraId="30FF1BFB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F09E8B" w14:textId="22854C61" w:rsidR="00704301" w:rsidRPr="00260F73" w:rsidRDefault="00704301"/>
        </w:tc>
      </w:tr>
    </w:tbl>
    <w:p w14:paraId="7A882F9A" w14:textId="77777777" w:rsidR="00E9708F" w:rsidRPr="00260F73" w:rsidRDefault="00E9708F"/>
    <w:p w14:paraId="58BC4384" w14:textId="77777777" w:rsidR="003713D2" w:rsidRDefault="003713D2"/>
    <w:sectPr w:rsidR="003713D2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C2FF5" w14:textId="77777777" w:rsidR="00AA56D8" w:rsidRPr="00260F73" w:rsidRDefault="00AA56D8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440576C6" w14:textId="77777777" w:rsidR="00AA56D8" w:rsidRPr="00260F73" w:rsidRDefault="00AA56D8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/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59150" w14:textId="77777777" w:rsidR="00AA56D8" w:rsidRPr="00260F73" w:rsidRDefault="00AA56D8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267CC240" w14:textId="77777777" w:rsidR="00AA56D8" w:rsidRPr="00260F73" w:rsidRDefault="00AA56D8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7B20ACFE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7E229B">
      <w:t>Obstetrics &amp; Gynaecology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42E00077" w:rsidR="001B2E81" w:rsidRPr="00260F73" w:rsidRDefault="007E229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A16EBA8" wp14:editId="03E42D72">
          <wp:simplePos x="0" y="0"/>
          <wp:positionH relativeFrom="column">
            <wp:posOffset>-654050</wp:posOffset>
          </wp:positionH>
          <wp:positionV relativeFrom="paragraph">
            <wp:posOffset>-184150</wp:posOffset>
          </wp:positionV>
          <wp:extent cx="2804400" cy="1044000"/>
          <wp:effectExtent l="0" t="0" r="0" b="3810"/>
          <wp:wrapTopAndBottom/>
          <wp:docPr id="19220813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9899423" name="Picture 99989942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04400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536746"/>
    <w:multiLevelType w:val="hybridMultilevel"/>
    <w:tmpl w:val="FF2CE11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21939508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5074B"/>
    <w:rsid w:val="001711BA"/>
    <w:rsid w:val="001739F7"/>
    <w:rsid w:val="001B2E81"/>
    <w:rsid w:val="001C17E4"/>
    <w:rsid w:val="00214ECC"/>
    <w:rsid w:val="002319B9"/>
    <w:rsid w:val="00232F78"/>
    <w:rsid w:val="00260F73"/>
    <w:rsid w:val="002931FF"/>
    <w:rsid w:val="0029639D"/>
    <w:rsid w:val="002D7D98"/>
    <w:rsid w:val="002E140B"/>
    <w:rsid w:val="00326F90"/>
    <w:rsid w:val="003713D2"/>
    <w:rsid w:val="003729FB"/>
    <w:rsid w:val="00446759"/>
    <w:rsid w:val="004929C5"/>
    <w:rsid w:val="004A41F5"/>
    <w:rsid w:val="004D6768"/>
    <w:rsid w:val="00547911"/>
    <w:rsid w:val="00597958"/>
    <w:rsid w:val="005A051B"/>
    <w:rsid w:val="006D0099"/>
    <w:rsid w:val="00704301"/>
    <w:rsid w:val="0075109E"/>
    <w:rsid w:val="00797CB4"/>
    <w:rsid w:val="007C0991"/>
    <w:rsid w:val="007C3707"/>
    <w:rsid w:val="007E229B"/>
    <w:rsid w:val="00801BD9"/>
    <w:rsid w:val="00821B93"/>
    <w:rsid w:val="008525FA"/>
    <w:rsid w:val="009252B7"/>
    <w:rsid w:val="00934D20"/>
    <w:rsid w:val="009A7B67"/>
    <w:rsid w:val="009E4AEB"/>
    <w:rsid w:val="009F4D54"/>
    <w:rsid w:val="00A0792E"/>
    <w:rsid w:val="00A36383"/>
    <w:rsid w:val="00A606A6"/>
    <w:rsid w:val="00AA1D8D"/>
    <w:rsid w:val="00AA56D8"/>
    <w:rsid w:val="00B16633"/>
    <w:rsid w:val="00B47730"/>
    <w:rsid w:val="00B8038E"/>
    <w:rsid w:val="00BD4838"/>
    <w:rsid w:val="00BF3DBA"/>
    <w:rsid w:val="00C7253B"/>
    <w:rsid w:val="00C95D05"/>
    <w:rsid w:val="00CB0664"/>
    <w:rsid w:val="00CD745A"/>
    <w:rsid w:val="00D41E2C"/>
    <w:rsid w:val="00DA296B"/>
    <w:rsid w:val="00E51669"/>
    <w:rsid w:val="00E5708D"/>
    <w:rsid w:val="00E9708F"/>
    <w:rsid w:val="00F211F0"/>
    <w:rsid w:val="00F277ED"/>
    <w:rsid w:val="00F4085D"/>
    <w:rsid w:val="00F54DC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D0246D" w:rsidP="00D0246D">
          <w:pPr>
            <w:pStyle w:val="F4D6CB2241074A76A75ACE4A72F3BA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D0246D" w:rsidP="00D0246D">
          <w:pPr>
            <w:pStyle w:val="5C6BE9DD57B042A78E73AE6C65AB81E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D0246D" w:rsidP="00D0246D">
          <w:pPr>
            <w:pStyle w:val="B94FF17A7DD844238942618D220CAEE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D0246D" w:rsidP="00D0246D">
          <w:pPr>
            <w:pStyle w:val="758EF154077D4EC492E0AA02749775E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D0246D" w:rsidP="00D0246D">
          <w:pPr>
            <w:pStyle w:val="60444590C5F4414E83C6454885D5753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D0246D" w:rsidP="00D0246D">
          <w:pPr>
            <w:pStyle w:val="096DC268CB3744C7AF90E558EFABE7F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D0246D" w:rsidP="00D0246D">
          <w:pPr>
            <w:pStyle w:val="16EE3227410F4460A6706019F08584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D0246D" w:rsidP="00D0246D">
          <w:pPr>
            <w:pStyle w:val="35C6ADD19D0A4F7F9AA8A8D4CCB1374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D0246D" w:rsidP="00D0246D">
          <w:pPr>
            <w:pStyle w:val="0AD4EFDEB46F4DD3B07D7D864B6EAE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D0246D" w:rsidP="00D0246D">
          <w:pPr>
            <w:pStyle w:val="C969D259CE28476AA1EB44B74A93B0D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D0246D" w:rsidP="00D0246D">
          <w:pPr>
            <w:pStyle w:val="4163D3241B974CB9999FF0EC5B4E2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D0246D" w:rsidP="00D0246D">
          <w:pPr>
            <w:pStyle w:val="89495584885745569DDCF4FEC1482D0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D0246D" w:rsidP="00D0246D">
          <w:pPr>
            <w:pStyle w:val="66C6F6902A3B4D4CA7D745FDDA70B68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D0246D" w:rsidP="00D0246D">
          <w:pPr>
            <w:pStyle w:val="4CD965A9EE694FECADF2476D720E7B6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D0246D" w:rsidP="00D0246D">
          <w:pPr>
            <w:pStyle w:val="09E232A6ADC042DB884957F020A929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D0246D" w:rsidP="00D0246D">
          <w:pPr>
            <w:pStyle w:val="3DF7FD3C5E5C4C0992D419903A5ACDD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D0246D" w:rsidP="00D0246D">
          <w:pPr>
            <w:pStyle w:val="657F90F891404138BEF4C8B0986FE70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D0246D" w:rsidP="00D0246D">
          <w:pPr>
            <w:pStyle w:val="C9113B8A854441D682CE5AC80AFB086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D0246D" w:rsidP="00D0246D">
          <w:pPr>
            <w:pStyle w:val="E3F5175B57004446843F4F317C13BE7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D0246D" w:rsidP="00D0246D">
          <w:pPr>
            <w:pStyle w:val="74CADD3637F3476CAEF2795719E307A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D0246D" w:rsidP="00D0246D">
          <w:pPr>
            <w:pStyle w:val="6E2E25C8BD59485F83A4E1A3EB66C1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D0246D" w:rsidP="00D0246D">
          <w:pPr>
            <w:pStyle w:val="CADFFF9D18954E1993F5C0789B03E17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D0246D" w:rsidP="00D0246D">
          <w:pPr>
            <w:pStyle w:val="872FF4CA11794B8A841DB2220DF10EA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D0246D" w:rsidP="00D0246D">
          <w:pPr>
            <w:pStyle w:val="4E97BD512F134974B65EC5CE1A1FFA5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D0246D" w:rsidP="00D0246D">
          <w:pPr>
            <w:pStyle w:val="43C24FC1DD4E4C25906C3761C0E444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D0246D" w:rsidP="00D0246D">
          <w:pPr>
            <w:pStyle w:val="6E5B51F8A20C49259CB13015EB12138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D0246D" w:rsidP="00D0246D">
          <w:pPr>
            <w:pStyle w:val="ACA81B7FEB124004A04A95F11ADBD7A7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D0246D" w:rsidP="00D0246D">
          <w:pPr>
            <w:pStyle w:val="AB27C8C8D90949D99B80C3BCC40C6D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D0246D" w:rsidP="00D0246D">
          <w:pPr>
            <w:pStyle w:val="BE6BAA36B4CE46CCBA1107A2CA863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D0246D" w:rsidP="00D0246D">
          <w:pPr>
            <w:pStyle w:val="98F3A9EE91754E259AFD2F141BD88EC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D0246D" w:rsidP="00D0246D">
          <w:pPr>
            <w:pStyle w:val="A562792367E244C2B52C13434E400D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D0246D" w:rsidP="00D0246D">
          <w:pPr>
            <w:pStyle w:val="7E217E49FF2B4BCCB4F3ACCCBA86205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D0246D" w:rsidP="00D0246D">
          <w:pPr>
            <w:pStyle w:val="A6B6B6169038418C8F137F03A3BAC3E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D0246D" w:rsidP="00D0246D">
          <w:pPr>
            <w:pStyle w:val="BA84038C5BAB4BC98BCFD7720888F4E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D0246D" w:rsidP="00D0246D">
          <w:pPr>
            <w:pStyle w:val="2A85F1BB5E59479D91B2E845B7410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D0246D" w:rsidP="00D0246D">
          <w:pPr>
            <w:pStyle w:val="734A0FEE22AB4D08A85FAFBB84445CB9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D0246D" w:rsidP="00D0246D">
          <w:pPr>
            <w:pStyle w:val="3AE69983638E496B87E186B118E83D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D0246D" w:rsidP="00D0246D">
          <w:pPr>
            <w:pStyle w:val="4E1B8BE8E635423EB269141E9E2912A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D0246D" w:rsidP="00D0246D">
          <w:pPr>
            <w:pStyle w:val="522C19E6AA2346A4966003129C441C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D0246D" w:rsidP="00D0246D">
          <w:pPr>
            <w:pStyle w:val="DC6DBC8E8B3947CB8F9195F36B67D85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D0246D" w:rsidP="00D0246D">
          <w:pPr>
            <w:pStyle w:val="49487EF4E50B45EF8F8DF0A58099CB0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D0246D" w:rsidP="00D0246D">
          <w:pPr>
            <w:pStyle w:val="C6C5AA04D5744E5397F5B4C02E599FE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D0246D" w:rsidP="00D0246D">
          <w:pPr>
            <w:pStyle w:val="657845195F10471BB191FDF6254F450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D0246D" w:rsidP="00D0246D">
          <w:pPr>
            <w:pStyle w:val="4261ABEBA6024587BD9BFFA89B86CBA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D0246D" w:rsidP="00D0246D">
          <w:pPr>
            <w:pStyle w:val="ECE4C47E07C843CCA2D7255597D077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D0246D" w:rsidP="00D0246D">
          <w:pPr>
            <w:pStyle w:val="9444CF760006459A89EF2B7CE3AFF2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D0246D" w:rsidP="00D0246D">
          <w:pPr>
            <w:pStyle w:val="A451D5A1F2414B9AB219F05CFB3EC45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D0246D" w:rsidP="00D0246D">
          <w:pPr>
            <w:pStyle w:val="E58E1C4CC73644419B96786849CD0414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D0246D" w:rsidP="00D0246D">
          <w:pPr>
            <w:pStyle w:val="CA4E4ABAE5DA465E97A6237A7809538C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D0246D" w:rsidP="00D0246D">
          <w:pPr>
            <w:pStyle w:val="156AE4FD73954CA688AAE317B321396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D0246D" w:rsidP="00D0246D">
          <w:pPr>
            <w:pStyle w:val="6D5A277E4DAE4119840AF2E2D970FC5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D0246D" w:rsidP="00D0246D">
          <w:pPr>
            <w:pStyle w:val="586FFECF142C4598987272C037E4807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D0246D" w:rsidP="00D0246D">
          <w:pPr>
            <w:pStyle w:val="0FB6E5FECABF45829BB384A56029A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D0246D" w:rsidP="00D0246D">
          <w:pPr>
            <w:pStyle w:val="7041F98D97294F33B27DB409BE8E3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D0246D" w:rsidP="00D0246D">
          <w:pPr>
            <w:pStyle w:val="73AB6D1D873F4738BF61AE697637871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D0246D" w:rsidP="00D0246D">
          <w:pPr>
            <w:pStyle w:val="520891A0A4C04E9D9F8A8F3644975C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D0246D" w:rsidP="00D0246D">
          <w:pPr>
            <w:pStyle w:val="C582574595EA444189787F4DFB8EE37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D0246D" w:rsidP="00D0246D">
          <w:pPr>
            <w:pStyle w:val="55670920D67C4481B676B57D42BEF39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D0246D" w:rsidP="00D0246D">
          <w:pPr>
            <w:pStyle w:val="1734C0B0E50C4165979C1D1CD6EF511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D0246D" w:rsidP="00D0246D">
          <w:pPr>
            <w:pStyle w:val="A98CC7936C024C2988776FBA2CC670B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D0246D" w:rsidP="00D0246D">
          <w:pPr>
            <w:pStyle w:val="2E9B36F7201C45DF99CA9FA9C42900A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D0246D" w:rsidP="00D0246D">
          <w:pPr>
            <w:pStyle w:val="09814CF1CD7A47D3BB560F37A96F9D5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D0246D" w:rsidP="00D0246D">
          <w:pPr>
            <w:pStyle w:val="7793DEAF92564508A217818A964BBBC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0E7F21F7C74B9EB2B3FE75BF17E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0EBE9-C029-4830-A3D9-0F7ADAE25657}"/>
      </w:docPartPr>
      <w:docPartBody>
        <w:p w:rsidR="00FB32F8" w:rsidRDefault="00D0246D" w:rsidP="00D0246D">
          <w:pPr>
            <w:pStyle w:val="0D0E7F21F7C74B9EB2B3FE75BF17E85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F98BD6A7E484DF08110B1C4E624D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18609-F20C-4529-ABA2-5109F4885419}"/>
      </w:docPartPr>
      <w:docPartBody>
        <w:p w:rsidR="007E1BF7" w:rsidRDefault="00D0246D" w:rsidP="00D0246D">
          <w:pPr>
            <w:pStyle w:val="9F98BD6A7E484DF08110B1C4E624D3D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3C5AFA5E7E4902A9BB228B214E5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79EC-FA3C-4FD2-8E32-369D0D2FA589}"/>
      </w:docPartPr>
      <w:docPartBody>
        <w:p w:rsidR="007E1BF7" w:rsidRDefault="00D0246D" w:rsidP="00D0246D">
          <w:pPr>
            <w:pStyle w:val="233C5AFA5E7E4902A9BB228B214E57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839E78C2545FD826212E931A3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2E05B-A3D6-4E97-8A6E-F29C8DCFDB1D}"/>
      </w:docPartPr>
      <w:docPartBody>
        <w:p w:rsidR="007E1BF7" w:rsidRDefault="00D0246D" w:rsidP="00D0246D">
          <w:pPr>
            <w:pStyle w:val="1B8839E78C2545FD826212E931A37F3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61E07360347BCBC59BA9F385F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78943-DE9A-4924-872C-15CCE11D74A6}"/>
      </w:docPartPr>
      <w:docPartBody>
        <w:p w:rsidR="007E1BF7" w:rsidRDefault="00D0246D" w:rsidP="00D0246D">
          <w:pPr>
            <w:pStyle w:val="69B61E07360347BCBC59BA9F385F723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3653A43C104BD19568C0A6A4225B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C0BB3F-045A-4BAB-92EB-1A04E3D9D43F}"/>
      </w:docPartPr>
      <w:docPartBody>
        <w:p w:rsidR="007E1BF7" w:rsidRDefault="00D0246D" w:rsidP="00D0246D">
          <w:pPr>
            <w:pStyle w:val="1B3653A43C104BD19568C0A6A4225B7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DD47DEE724B839CD6026B1BF75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291A8-F484-4BB9-8846-C1B8F35BA8ED}"/>
      </w:docPartPr>
      <w:docPartBody>
        <w:p w:rsidR="007E1BF7" w:rsidRDefault="00D0246D" w:rsidP="00D0246D">
          <w:pPr>
            <w:pStyle w:val="EEADD47DEE724B839CD6026B1BF75AA9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36CEBDA55446F2B898CE82D65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DA02-F66D-478A-936F-27E433FF3BBB}"/>
      </w:docPartPr>
      <w:docPartBody>
        <w:p w:rsidR="007E1BF7" w:rsidRDefault="00D0246D" w:rsidP="00D0246D">
          <w:pPr>
            <w:pStyle w:val="2636CEBDA55446F2B898CE82D65A7F19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1AD7A19AFD34107A93F340107E98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82F6-687A-4C59-99CF-884144880502}"/>
      </w:docPartPr>
      <w:docPartBody>
        <w:p w:rsidR="007E1BF7" w:rsidRDefault="00D0246D" w:rsidP="00D0246D">
          <w:pPr>
            <w:pStyle w:val="B1AD7A19AFD34107A93F340107E987C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A75EF89754CCCA94133C3ED14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0FB0-CB23-4A52-9EA4-D532E1C29D57}"/>
      </w:docPartPr>
      <w:docPartBody>
        <w:p w:rsidR="007E1BF7" w:rsidRDefault="00D0246D" w:rsidP="00D0246D">
          <w:pPr>
            <w:pStyle w:val="886A75EF89754CCCA94133C3ED14837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57F54BA834AB1B56079928711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4660-D68B-4E91-BECB-84B53041CEB0}"/>
      </w:docPartPr>
      <w:docPartBody>
        <w:p w:rsidR="007E1BF7" w:rsidRDefault="00D0246D" w:rsidP="00D0246D">
          <w:pPr>
            <w:pStyle w:val="5ED57F54BA834AB1B5607992871117D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ABCABA0B9461DA7D3E68645D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7A21-7C12-4F7C-B26D-BC731D9D3327}"/>
      </w:docPartPr>
      <w:docPartBody>
        <w:p w:rsidR="007E1BF7" w:rsidRDefault="00D0246D" w:rsidP="00D0246D">
          <w:pPr>
            <w:pStyle w:val="6DFABCABA0B9461DA7D3E68645D5FAB7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0A19DFEA52488BB99915162C939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AD4C1-B93A-4C83-A922-33F676BFAD5F}"/>
      </w:docPartPr>
      <w:docPartBody>
        <w:p w:rsidR="007E1BF7" w:rsidRDefault="00D0246D" w:rsidP="00D0246D">
          <w:pPr>
            <w:pStyle w:val="D90A19DFEA52488BB99915162C93968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1563FD68FD43D5BA165673FF6D1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ABF75-529B-455E-B81A-D7AEB6FCF9D7}"/>
      </w:docPartPr>
      <w:docPartBody>
        <w:p w:rsidR="007E1BF7" w:rsidRDefault="00D0246D" w:rsidP="00D0246D">
          <w:pPr>
            <w:pStyle w:val="521563FD68FD43D5BA165673FF6D137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08CFFC6BA4AA5A655C4CB9E8D3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4A3E5-029B-4B7B-ACB2-88540755CD8B}"/>
      </w:docPartPr>
      <w:docPartBody>
        <w:p w:rsidR="007E1BF7" w:rsidRDefault="00D0246D" w:rsidP="00D0246D">
          <w:pPr>
            <w:pStyle w:val="AE408CFFC6BA4AA5A655C4CB9E8D33B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C883E787A7487E8AC9A2460D0D6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CF150-83FF-4F4E-8568-AE575AA626C3}"/>
      </w:docPartPr>
      <w:docPartBody>
        <w:p w:rsidR="007E1BF7" w:rsidRDefault="00D0246D" w:rsidP="00D0246D">
          <w:pPr>
            <w:pStyle w:val="77C883E787A7487E8AC9A2460D0D6120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FABB6305204921AB41714CDBEF1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CCC7-EC6E-4235-AE3F-C914F0C4399F}"/>
      </w:docPartPr>
      <w:docPartBody>
        <w:p w:rsidR="007E1BF7" w:rsidRDefault="00D0246D" w:rsidP="00D0246D">
          <w:pPr>
            <w:pStyle w:val="EDFABB6305204921AB41714CDBEF1F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48876AF22424CB7ED2F5AF92F9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A816-F1A3-41C6-9F4B-FEE33DF23F86}"/>
      </w:docPartPr>
      <w:docPartBody>
        <w:p w:rsidR="007E1BF7" w:rsidRDefault="00D0246D" w:rsidP="00D0246D">
          <w:pPr>
            <w:pStyle w:val="39948876AF22424CB7ED2F5AF92F9C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A29DA30454295831DD7CCFD089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2FC8B-6295-4D64-BF9F-CC8772FA8AF8}"/>
      </w:docPartPr>
      <w:docPartBody>
        <w:p w:rsidR="007E1BF7" w:rsidRDefault="00D0246D" w:rsidP="00D0246D">
          <w:pPr>
            <w:pStyle w:val="4EEA29DA30454295831DD7CCFD0893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66B3D62A9D467483AD9F2FC112FC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B8964-5CA2-4964-8229-AD1FB167E4E1}"/>
      </w:docPartPr>
      <w:docPartBody>
        <w:p w:rsidR="003573FD" w:rsidRDefault="00D0246D" w:rsidP="00D0246D">
          <w:pPr>
            <w:pStyle w:val="0866B3D62A9D467483AD9F2FC112FC9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1010EAD2C84E8487A40BF00574A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3D9B6-8785-4441-95AE-09EFCDF99C51}"/>
      </w:docPartPr>
      <w:docPartBody>
        <w:p w:rsidR="003573FD" w:rsidRDefault="00D0246D" w:rsidP="00D0246D">
          <w:pPr>
            <w:pStyle w:val="7B1010EAD2C84E8487A40BF00574A81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4DACA09B8347AD80C5A7B80BF644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58687-939E-4E9B-95BE-289F8F18F6EC}"/>
      </w:docPartPr>
      <w:docPartBody>
        <w:p w:rsidR="003573FD" w:rsidRDefault="00D0246D" w:rsidP="00D0246D">
          <w:pPr>
            <w:pStyle w:val="774DACA09B8347AD80C5A7B80BF644C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8B75A06F87471C8A7196FB68E80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37891-FC73-4A82-BCA0-E682C1CBDB79}"/>
      </w:docPartPr>
      <w:docPartBody>
        <w:p w:rsidR="003573FD" w:rsidRDefault="00D0246D" w:rsidP="00D0246D">
          <w:pPr>
            <w:pStyle w:val="8D8B75A06F87471C8A7196FB68E80DB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7971AC23FA420ABE038062EB7309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46849-A0B2-484C-8954-89DA67CFCA2D}"/>
      </w:docPartPr>
      <w:docPartBody>
        <w:p w:rsidR="003573FD" w:rsidRDefault="00D0246D" w:rsidP="00D0246D">
          <w:pPr>
            <w:pStyle w:val="387971AC23FA420ABE038062EB7309E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AA593CDB6E4AA99AA5D915941D8E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1425DC-09D2-4C25-9342-8339D8BC1C46}"/>
      </w:docPartPr>
      <w:docPartBody>
        <w:p w:rsidR="003573FD" w:rsidRDefault="00D0246D" w:rsidP="00D0246D">
          <w:pPr>
            <w:pStyle w:val="DDAA593CDB6E4AA99AA5D915941D8E0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B5FD9ED6E347BFBBF821AC74E50A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D32AD-5C3C-4A50-9091-FC48BB5BCAD4}"/>
      </w:docPartPr>
      <w:docPartBody>
        <w:p w:rsidR="003573FD" w:rsidRDefault="00D0246D" w:rsidP="00D0246D">
          <w:pPr>
            <w:pStyle w:val="37B5FD9ED6E347BFBBF821AC74E50AB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96ACD59047469DB81EE6D0B31C28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9043B-C67A-443F-895C-A37FAB5C0AF9}"/>
      </w:docPartPr>
      <w:docPartBody>
        <w:p w:rsidR="003573FD" w:rsidRDefault="00D0246D" w:rsidP="00D0246D">
          <w:pPr>
            <w:pStyle w:val="6E96ACD59047469DB81EE6D0B31C287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99614F76FA479A90AECD1A0B263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FA098-FB1F-464F-9BE5-386470940A37}"/>
      </w:docPartPr>
      <w:docPartBody>
        <w:p w:rsidR="003573FD" w:rsidRDefault="00D0246D" w:rsidP="00D0246D">
          <w:pPr>
            <w:pStyle w:val="D299614F76FA479A90AECD1A0B263FBC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02FF125321BC4ABC8AD9E6C98F26C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980F3B-D89F-4F4F-8E2A-7A9BCF928C9E}"/>
      </w:docPartPr>
      <w:docPartBody>
        <w:p w:rsidR="003573FD" w:rsidRDefault="00D0246D" w:rsidP="00D0246D">
          <w:pPr>
            <w:pStyle w:val="02FF125321BC4ABC8AD9E6C98F26C81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2E4CF36AE64914ACEB7B5585762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2F45D-AC89-47C6-A70F-AB1ABF054955}"/>
      </w:docPartPr>
      <w:docPartBody>
        <w:p w:rsidR="003573FD" w:rsidRDefault="00D0246D" w:rsidP="00D0246D">
          <w:pPr>
            <w:pStyle w:val="8D2E4CF36AE64914ACEB7B55857624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A1A359BD9C4E978BFDB6BF1CAFDA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6C035-F2FE-4AE0-A5C0-B2A7B062D1EF}"/>
      </w:docPartPr>
      <w:docPartBody>
        <w:p w:rsidR="003573FD" w:rsidRDefault="00D0246D" w:rsidP="00D0246D">
          <w:pPr>
            <w:pStyle w:val="61A1A359BD9C4E978BFDB6BF1CAFDA7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1308D239D64590932AE1CF2858A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B54FE-5DE3-4933-8E6D-C18F5791B547}"/>
      </w:docPartPr>
      <w:docPartBody>
        <w:p w:rsidR="003573FD" w:rsidRDefault="00D0246D" w:rsidP="00D0246D">
          <w:pPr>
            <w:pStyle w:val="BF1308D239D64590932AE1CF2858AD3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B75735BC7246449487DBE5D9081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024A6-94E7-41B8-8FFD-AC18902CAF5F}"/>
      </w:docPartPr>
      <w:docPartBody>
        <w:p w:rsidR="003573FD" w:rsidRDefault="00D0246D" w:rsidP="00D0246D">
          <w:pPr>
            <w:pStyle w:val="06B75735BC7246449487DBE5D908183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C0A0A9762A448AA847A638E21CA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74A82-945D-41DA-9330-27B2E9C2BC1E}"/>
      </w:docPartPr>
      <w:docPartBody>
        <w:p w:rsidR="003573FD" w:rsidRDefault="00D0246D" w:rsidP="00D0246D">
          <w:pPr>
            <w:pStyle w:val="63C0A0A9762A448AA847A638E21CA17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D834A811CB4EF985204EAC761D1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E5D6A-3037-4DDA-8BD5-4BA819BF536C}"/>
      </w:docPartPr>
      <w:docPartBody>
        <w:p w:rsidR="003573FD" w:rsidRDefault="00D0246D" w:rsidP="00D0246D">
          <w:pPr>
            <w:pStyle w:val="FFD834A811CB4EF985204EAC761D129B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B2222B2486224E3E9143B4D08CF7A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D3D57-61DF-4367-AA5D-6CB27ED0C461}"/>
      </w:docPartPr>
      <w:docPartBody>
        <w:p w:rsidR="003573FD" w:rsidRDefault="00D0246D" w:rsidP="00D0246D">
          <w:pPr>
            <w:pStyle w:val="B2222B2486224E3E9143B4D08CF7A8BA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20C211F8852D4E49AE467B1B30BCB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CE61D-3480-449D-B212-ECCFB9A09FE8}"/>
      </w:docPartPr>
      <w:docPartBody>
        <w:p w:rsidR="003573FD" w:rsidRDefault="00D0246D" w:rsidP="00D0246D">
          <w:pPr>
            <w:pStyle w:val="20C211F8852D4E49AE467B1B30BCB3F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F1D29387E743F483D0412CCED5C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23214B-A714-4FBD-9DF2-B50A78E08034}"/>
      </w:docPartPr>
      <w:docPartBody>
        <w:p w:rsidR="003573FD" w:rsidRDefault="00D0246D" w:rsidP="00D0246D">
          <w:pPr>
            <w:pStyle w:val="1BF1D29387E743F483D0412CCED5C78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894F2771BC49269638D9CDAEAA6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206DC-5590-4090-BD24-52D2B4EFBD28}"/>
      </w:docPartPr>
      <w:docPartBody>
        <w:p w:rsidR="003573FD" w:rsidRDefault="00D0246D" w:rsidP="00D0246D">
          <w:pPr>
            <w:pStyle w:val="D3894F2771BC49269638D9CDAEAA618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EDDF569ED746B8873E4F4D51229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72FED-057A-4601-8E65-BD0A8C6B3AF4}"/>
      </w:docPartPr>
      <w:docPartBody>
        <w:p w:rsidR="003573FD" w:rsidRDefault="00D0246D" w:rsidP="00D0246D">
          <w:pPr>
            <w:pStyle w:val="5FEDDF569ED746B8873E4F4D51229E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D6CED66AA040DDA69ECDC93E450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3CAEC2-D77B-4A32-90A0-4925C5349F8D}"/>
      </w:docPartPr>
      <w:docPartBody>
        <w:p w:rsidR="003573FD" w:rsidRDefault="00D0246D" w:rsidP="00D0246D">
          <w:pPr>
            <w:pStyle w:val="40D6CED66AA040DDA69ECDC93E450C5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C5B641FF58471B8393FBFF54350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4F5F6A-62AA-4B08-8C34-8B95DA5ED2DB}"/>
      </w:docPartPr>
      <w:docPartBody>
        <w:p w:rsidR="003573FD" w:rsidRDefault="00D0246D" w:rsidP="00D0246D">
          <w:pPr>
            <w:pStyle w:val="0EC5B641FF58471B8393FBFF5435006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6637EB45D4412D98228ECBFB378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E4419-59ED-4C95-A6EC-7D2B044EA655}"/>
      </w:docPartPr>
      <w:docPartBody>
        <w:p w:rsidR="003573FD" w:rsidRDefault="00D0246D" w:rsidP="00D0246D">
          <w:pPr>
            <w:pStyle w:val="4F6637EB45D4412D98228ECBFB3787EE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0FF9FCD900404183FBA01DD17A8E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8589C-EA7F-404D-A5EA-8158DE37EF92}"/>
      </w:docPartPr>
      <w:docPartBody>
        <w:p w:rsidR="003573FD" w:rsidRDefault="00D0246D" w:rsidP="00D0246D">
          <w:pPr>
            <w:pStyle w:val="1D0FF9FCD900404183FBA01DD17A8E45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1B8A2BB83B4F8DAA717BCE52A67B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119EA-09BC-46AA-93C9-968C169F4C59}"/>
      </w:docPartPr>
      <w:docPartBody>
        <w:p w:rsidR="003573FD" w:rsidRDefault="00D0246D" w:rsidP="00D0246D">
          <w:pPr>
            <w:pStyle w:val="451B8A2BB83B4F8DAA717BCE52A67B0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D0F1915E44420ACD18C395615CB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27DB10-DFE3-4530-AE14-F0D862F3B174}"/>
      </w:docPartPr>
      <w:docPartBody>
        <w:p w:rsidR="003573FD" w:rsidRDefault="00D0246D" w:rsidP="00D0246D">
          <w:pPr>
            <w:pStyle w:val="734D0F1915E44420ACD18C395615CB5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4AB4FA034D45D683E0D68FB5581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DFF06F-131E-4EF7-A0E9-8857023AF84F}"/>
      </w:docPartPr>
      <w:docPartBody>
        <w:p w:rsidR="003573FD" w:rsidRDefault="00D0246D" w:rsidP="00D0246D">
          <w:pPr>
            <w:pStyle w:val="394AB4FA034D45D683E0D68FB55814D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0C30937C2045B7AAD66FB89051D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6AC728-9C3F-481B-A50E-3A7FA03FA7A6}"/>
      </w:docPartPr>
      <w:docPartBody>
        <w:p w:rsidR="003573FD" w:rsidRDefault="00D0246D" w:rsidP="00D0246D">
          <w:pPr>
            <w:pStyle w:val="A50C30937C2045B7AAD66FB89051D78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69DD326C5B84E7BBE53DC05AC780E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E40680-2AAE-4261-A72B-D0F7417FB8F0}"/>
      </w:docPartPr>
      <w:docPartBody>
        <w:p w:rsidR="003573FD" w:rsidRDefault="00D0246D" w:rsidP="00D0246D">
          <w:pPr>
            <w:pStyle w:val="B69DD326C5B84E7BBE53DC05AC780EA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5A7B7FDF41441DBCE86092C1339F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FC59FB-CC4F-4200-BD8E-8BEF11E100DB}"/>
      </w:docPartPr>
      <w:docPartBody>
        <w:p w:rsidR="003573FD" w:rsidRDefault="00D0246D" w:rsidP="00D0246D">
          <w:pPr>
            <w:pStyle w:val="195A7B7FDF41441DBCE86092C1339F1C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DADDE162BBB4B94A1F9960C195A8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0D300-2DF6-49BE-9913-CD39A14B1A61}"/>
      </w:docPartPr>
      <w:docPartBody>
        <w:p w:rsidR="003573FD" w:rsidRDefault="00D0246D" w:rsidP="00D0246D">
          <w:pPr>
            <w:pStyle w:val="8DADDE162BBB4B94A1F9960C195A8A8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BD71F48B86742FE85D545280FEBE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A51129-170B-4FEF-9D98-628E91139732}"/>
      </w:docPartPr>
      <w:docPartBody>
        <w:p w:rsidR="003573FD" w:rsidRDefault="00D0246D" w:rsidP="00D0246D">
          <w:pPr>
            <w:pStyle w:val="4BD71F48B86742FE85D545280FEBE8D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D44261F46A4D6188116D7F49238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136809-F5CD-4699-88FB-E21341889B76}"/>
      </w:docPartPr>
      <w:docPartBody>
        <w:p w:rsidR="003573FD" w:rsidRDefault="00D0246D" w:rsidP="00D0246D">
          <w:pPr>
            <w:pStyle w:val="B2D44261F46A4D6188116D7F492387F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DCDEB8C5F974BB49418604D3C996D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E2A3D-2221-4E37-9634-369B4AF24123}"/>
      </w:docPartPr>
      <w:docPartBody>
        <w:p w:rsidR="003573FD" w:rsidRDefault="00D0246D" w:rsidP="00D0246D">
          <w:pPr>
            <w:pStyle w:val="EDCDEB8C5F974BB49418604D3C996D4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CCD190185F49298A81B3E8C8DC7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B6FD1-738E-4565-BCC6-40059BE7FB9F}"/>
      </w:docPartPr>
      <w:docPartBody>
        <w:p w:rsidR="003573FD" w:rsidRDefault="00D0246D" w:rsidP="00D0246D">
          <w:pPr>
            <w:pStyle w:val="39CCD190185F49298A81B3E8C8DC75F5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782D8681A7B4465E8AF6DF18F66E2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096EC-D38B-4415-A92A-17321E199BE5}"/>
      </w:docPartPr>
      <w:docPartBody>
        <w:p w:rsidR="003573FD" w:rsidRDefault="00D0246D" w:rsidP="00D0246D">
          <w:pPr>
            <w:pStyle w:val="782D8681A7B4465E8AF6DF18F66E2C3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81FE4BFC9246A98DA336F677BF7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CFB69-309C-4EEC-8B20-DFA7CB12BAEB}"/>
      </w:docPartPr>
      <w:docPartBody>
        <w:p w:rsidR="003573FD" w:rsidRDefault="00D0246D" w:rsidP="00D0246D">
          <w:pPr>
            <w:pStyle w:val="4A81FE4BFC9246A98DA336F677BF7F2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17B7A684C34ED58FA29CD6A59A0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0A90D8-9880-4DAD-AED5-C6B37051503D}"/>
      </w:docPartPr>
      <w:docPartBody>
        <w:p w:rsidR="003573FD" w:rsidRDefault="00D0246D" w:rsidP="00D0246D">
          <w:pPr>
            <w:pStyle w:val="3F17B7A684C34ED58FA29CD6A59A065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D208F5CB974A4B87AF5CA8968EA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71CE2-15BE-44DD-9DBB-6B5FF121665D}"/>
      </w:docPartPr>
      <w:docPartBody>
        <w:p w:rsidR="003573FD" w:rsidRDefault="00D0246D" w:rsidP="00D0246D">
          <w:pPr>
            <w:pStyle w:val="BBD208F5CB974A4B87AF5CA8968EAB87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E30F93A003B468590B54EFBC2229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03B0BD-0267-4B40-AAEE-DD1675A7A82D}"/>
      </w:docPartPr>
      <w:docPartBody>
        <w:p w:rsidR="003573FD" w:rsidRDefault="00D0246D" w:rsidP="00D0246D">
          <w:pPr>
            <w:pStyle w:val="1E30F93A003B468590B54EFBC22294EE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5571CEB7E6D54725B58677B7BB2EF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45822-A168-46DB-B276-8EF78F44D01D}"/>
      </w:docPartPr>
      <w:docPartBody>
        <w:p w:rsidR="003573FD" w:rsidRDefault="00D0246D" w:rsidP="00D0246D">
          <w:pPr>
            <w:pStyle w:val="5571CEB7E6D54725B58677B7BB2EFB5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756D4D8139446194653F816405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D53817-F0F9-45D9-8665-2AE6DF3809EA}"/>
      </w:docPartPr>
      <w:docPartBody>
        <w:p w:rsidR="003573FD" w:rsidRDefault="00D0246D" w:rsidP="00D0246D">
          <w:pPr>
            <w:pStyle w:val="47756D4D8139446194653F8164058AC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7A7F537554F6D8EF12E968C730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77F6FF-0483-43FF-8233-21328A6707BB}"/>
      </w:docPartPr>
      <w:docPartBody>
        <w:p w:rsidR="003573FD" w:rsidRDefault="00D0246D" w:rsidP="00D0246D">
          <w:pPr>
            <w:pStyle w:val="4537A7F537554F6D8EF12E968C73033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F960B3AA504D62B5A1A55BEE853A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A39CFF-97F9-4790-99C0-EFF9F8615DF2}"/>
      </w:docPartPr>
      <w:docPartBody>
        <w:p w:rsidR="003573FD" w:rsidRDefault="00D0246D" w:rsidP="00D0246D">
          <w:pPr>
            <w:pStyle w:val="5BF960B3AA504D62B5A1A55BEE853AF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2D82E6303345E0A39E638A854089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79C8D-5DB9-4D50-9C86-EB032471FC0A}"/>
      </w:docPartPr>
      <w:docPartBody>
        <w:p w:rsidR="003573FD" w:rsidRDefault="00D0246D" w:rsidP="00D0246D">
          <w:pPr>
            <w:pStyle w:val="DE2D82E6303345E0A39E638A854089BF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35428F303836423AB2FA3B7849A5B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D79D36-9D20-4431-B0E7-3F409A802CC9}"/>
      </w:docPartPr>
      <w:docPartBody>
        <w:p w:rsidR="003573FD" w:rsidRDefault="00D0246D" w:rsidP="00D0246D">
          <w:pPr>
            <w:pStyle w:val="35428F303836423AB2FA3B7849A5BD4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2C270CF2A842D8AE5D1493150C7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74AAA-66F9-4E43-968A-8FE81CE338F2}"/>
      </w:docPartPr>
      <w:docPartBody>
        <w:p w:rsidR="003573FD" w:rsidRDefault="00D0246D" w:rsidP="00D0246D">
          <w:pPr>
            <w:pStyle w:val="AA2C270CF2A842D8AE5D1493150C751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6291C8F06144C0B6B69A2E17F64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C4FA4-7B6A-41D1-8A54-1DE68F14B6BC}"/>
      </w:docPartPr>
      <w:docPartBody>
        <w:p w:rsidR="003573FD" w:rsidRDefault="00D0246D" w:rsidP="00D0246D">
          <w:pPr>
            <w:pStyle w:val="576291C8F06144C0B6B69A2E17F649E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7622EBB33943C796AC2E601F6D3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4F285-8D25-4398-BAD3-06C8F1553926}"/>
      </w:docPartPr>
      <w:docPartBody>
        <w:p w:rsidR="003573FD" w:rsidRDefault="00D0246D" w:rsidP="00D0246D">
          <w:pPr>
            <w:pStyle w:val="F57622EBB33943C796AC2E601F6D3B9E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C1ADFC792F04B1F9340DFDB253C0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1FE6-F729-48A2-B4DF-F82506B9933E}"/>
      </w:docPartPr>
      <w:docPartBody>
        <w:p w:rsidR="003573FD" w:rsidRDefault="00D0246D" w:rsidP="00D0246D">
          <w:pPr>
            <w:pStyle w:val="9C1ADFC792F04B1F9340DFDB253C0CB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83DA7695D7E402EB5CA19517CCBE5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D85DB-91E7-490C-A193-D17F8F5676C2}"/>
      </w:docPartPr>
      <w:docPartBody>
        <w:p w:rsidR="003573FD" w:rsidRDefault="00D0246D" w:rsidP="00D0246D">
          <w:pPr>
            <w:pStyle w:val="C83DA7695D7E402EB5CA19517CCBE5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F16CD0A7CA4AAC96AFFE3614E8D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3CE48-0A58-4B83-8FE2-F9218818FB26}"/>
      </w:docPartPr>
      <w:docPartBody>
        <w:p w:rsidR="003573FD" w:rsidRDefault="00D0246D" w:rsidP="00D0246D">
          <w:pPr>
            <w:pStyle w:val="4DF16CD0A7CA4AAC96AFFE3614E8DBE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7955DC92C146A480B5A5AA61DC47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6298A-5DFB-4B1D-B882-11E7B71D6235}"/>
      </w:docPartPr>
      <w:docPartBody>
        <w:p w:rsidR="003573FD" w:rsidRDefault="00D0246D" w:rsidP="00D0246D">
          <w:pPr>
            <w:pStyle w:val="CD7955DC92C146A480B5A5AA61DC478A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86D2A85A6C46C7BCDD51D6489D4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90BB4-40A9-45E1-92D3-0D334553F34E}"/>
      </w:docPartPr>
      <w:docPartBody>
        <w:p w:rsidR="003573FD" w:rsidRDefault="00D0246D" w:rsidP="00D0246D">
          <w:pPr>
            <w:pStyle w:val="D386D2A85A6C46C7BCDD51D6489D4E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809BE3FCAF480C963D6647612F9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5251C-AA3E-4638-98F8-5F84A41476CB}"/>
      </w:docPartPr>
      <w:docPartBody>
        <w:p w:rsidR="003573FD" w:rsidRDefault="00D0246D" w:rsidP="00D0246D">
          <w:pPr>
            <w:pStyle w:val="F3809BE3FCAF480C963D6647612F9F42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7193FE4EF3E4CB1AAF251352C0E3E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963C8-D3A9-4920-B0F1-1856AE064456}"/>
      </w:docPartPr>
      <w:docPartBody>
        <w:p w:rsidR="003573FD" w:rsidRDefault="00D0246D" w:rsidP="00D0246D">
          <w:pPr>
            <w:pStyle w:val="97193FE4EF3E4CB1AAF251352C0E3EC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25E580EE9047F5AFA994BF94B31B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1E99F-6DB6-427D-BD39-F67CA07F8F97}"/>
      </w:docPartPr>
      <w:docPartBody>
        <w:p w:rsidR="003573FD" w:rsidRDefault="00D0246D" w:rsidP="00D0246D">
          <w:pPr>
            <w:pStyle w:val="5A25E580EE9047F5AFA994BF94B31B8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939A02E32A47B38D6B578ED3753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DFB562-D641-49BC-ABA8-D78246384D5D}"/>
      </w:docPartPr>
      <w:docPartBody>
        <w:p w:rsidR="003573FD" w:rsidRDefault="00D0246D" w:rsidP="00D0246D">
          <w:pPr>
            <w:pStyle w:val="09939A02E32A47B38D6B578ED375306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94201B11E841D682C20D5DDD869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8F2A9-2377-450D-B484-B8C74B4D3189}"/>
      </w:docPartPr>
      <w:docPartBody>
        <w:p w:rsidR="003573FD" w:rsidRDefault="00D0246D" w:rsidP="00D0246D">
          <w:pPr>
            <w:pStyle w:val="A694201B11E841D682C20D5DDD8697C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ED694F7ADA41D182026A1B4E464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889B9D-B0D5-45B9-AB18-11BC7510CA29}"/>
      </w:docPartPr>
      <w:docPartBody>
        <w:p w:rsidR="003573FD" w:rsidRDefault="00D0246D" w:rsidP="00D0246D">
          <w:pPr>
            <w:pStyle w:val="6EED694F7ADA41D182026A1B4E464D4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296CF00AEE414FB046425A96100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440309-7199-4241-9744-4884E74D673A}"/>
      </w:docPartPr>
      <w:docPartBody>
        <w:p w:rsidR="003573FD" w:rsidRDefault="00D0246D" w:rsidP="00D0246D">
          <w:pPr>
            <w:pStyle w:val="E7296CF00AEE414FB046425A96100046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2854E737AF84EFCBBED6918EF96A6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19B2C-0BD0-41D5-AE0E-98EE696EF1C2}"/>
      </w:docPartPr>
      <w:docPartBody>
        <w:p w:rsidR="003573FD" w:rsidRDefault="00D0246D" w:rsidP="00D0246D">
          <w:pPr>
            <w:pStyle w:val="F2854E737AF84EFCBBED6918EF96A6A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8E0E0D74124003B3C5006B44957A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5F0C6-1F55-4763-A1AB-97015FA8A85D}"/>
      </w:docPartPr>
      <w:docPartBody>
        <w:p w:rsidR="003573FD" w:rsidRDefault="00D0246D" w:rsidP="00D0246D">
          <w:pPr>
            <w:pStyle w:val="B58E0E0D74124003B3C5006B44957AD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23D120D3544DDB9D162684B36AE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7DA3F-477A-4C63-8A07-575618D7B707}"/>
      </w:docPartPr>
      <w:docPartBody>
        <w:p w:rsidR="003573FD" w:rsidRDefault="00D0246D" w:rsidP="00D0246D">
          <w:pPr>
            <w:pStyle w:val="1823D120D3544DDB9D162684B36AE8C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49E151BE1E4992AD46F6297B15E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A004DD-6DBD-4A99-93B3-1EF5E6C7F27F}"/>
      </w:docPartPr>
      <w:docPartBody>
        <w:p w:rsidR="003573FD" w:rsidRDefault="00D0246D" w:rsidP="00D0246D">
          <w:pPr>
            <w:pStyle w:val="4F49E151BE1E4992AD46F6297B15E2F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C7D637E6C94DDFAC0E5544DBD1B2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3BE8C-1AE5-4EC1-9039-D465DD561088}"/>
      </w:docPartPr>
      <w:docPartBody>
        <w:p w:rsidR="003573FD" w:rsidRDefault="00D0246D" w:rsidP="00D0246D">
          <w:pPr>
            <w:pStyle w:val="8AC7D637E6C94DDFAC0E5544DBD1B24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2EAF53DEAD4A45B8BE06944EAB3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18F0F5-BCB8-4A26-9DE6-E5BB9941FA4C}"/>
      </w:docPartPr>
      <w:docPartBody>
        <w:p w:rsidR="003573FD" w:rsidRDefault="00D0246D" w:rsidP="00D0246D">
          <w:pPr>
            <w:pStyle w:val="D82EAF53DEAD4A45B8BE06944EAB33A6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934D5"/>
    <w:rsid w:val="001711BA"/>
    <w:rsid w:val="002630F8"/>
    <w:rsid w:val="003573FD"/>
    <w:rsid w:val="004161F5"/>
    <w:rsid w:val="005A051B"/>
    <w:rsid w:val="006239E1"/>
    <w:rsid w:val="00667F4B"/>
    <w:rsid w:val="006D0099"/>
    <w:rsid w:val="007E1BF7"/>
    <w:rsid w:val="00824B16"/>
    <w:rsid w:val="00917BE7"/>
    <w:rsid w:val="00926343"/>
    <w:rsid w:val="009A5C93"/>
    <w:rsid w:val="00B302C0"/>
    <w:rsid w:val="00BD0B7C"/>
    <w:rsid w:val="00D0246D"/>
    <w:rsid w:val="00E5708D"/>
    <w:rsid w:val="00EB610D"/>
    <w:rsid w:val="00F216FC"/>
    <w:rsid w:val="00F277ED"/>
    <w:rsid w:val="00F75C6A"/>
    <w:rsid w:val="00FB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246D"/>
    <w:rPr>
      <w:color w:val="666666"/>
    </w:rPr>
  </w:style>
  <w:style w:type="paragraph" w:customStyle="1" w:styleId="1734C0B0E50C4165979C1D1CD6EF5118">
    <w:name w:val="1734C0B0E50C4165979C1D1CD6EF5118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">
    <w:name w:val="F4D6CB2241074A76A75ACE4A72F3BAC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">
    <w:name w:val="5C6BE9DD57B042A78E73AE6C65AB81E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">
    <w:name w:val="B94FF17A7DD844238942618D220CAEE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">
    <w:name w:val="758EF154077D4EC492E0AA02749775EE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">
    <w:name w:val="60444590C5F4414E83C6454885D5753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">
    <w:name w:val="096DC268CB3744C7AF90E558EFABE7F6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">
    <w:name w:val="16EE3227410F4460A6706019F08584B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">
    <w:name w:val="35C6ADD19D0A4F7F9AA8A8D4CCB1374F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0AD4EFDEB46F4DD3B07D7D864B6EAEB2">
    <w:name w:val="0AD4EFDEB46F4DD3B07D7D864B6EAEB2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">
    <w:name w:val="C969D259CE28476AA1EB44B74A93B0DE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">
    <w:name w:val="4163D3241B974CB9999FF0EC5B4E2B2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">
    <w:name w:val="89495584885745569DDCF4FEC1482D05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">
    <w:name w:val="66C6F6902A3B4D4CA7D745FDDA70B68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">
    <w:name w:val="4CD965A9EE694FECADF2476D720E7B6E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">
    <w:name w:val="09E232A6ADC042DB884957F020A929B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">
    <w:name w:val="3DF7FD3C5E5C4C0992D419903A5ACDD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">
    <w:name w:val="CADFFF9D18954E1993F5C0789B03E17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">
    <w:name w:val="657F90F891404138BEF4C8B0986FE706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">
    <w:name w:val="C9113B8A854441D682CE5AC80AFB086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">
    <w:name w:val="A98CC7936C024C2988776FBA2CC670B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">
    <w:name w:val="2E9B36F7201C45DF99CA9FA9C42900AE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">
    <w:name w:val="09814CF1CD7A47D3BB560F37A96F9D58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">
    <w:name w:val="7793DEAF92564508A217818A964BBBC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">
    <w:name w:val="872FF4CA11794B8A841DB2220DF10EA6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">
    <w:name w:val="4E97BD512F134974B65EC5CE1A1FFA5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">
    <w:name w:val="43C24FC1DD4E4C25906C3761C0E444F2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">
    <w:name w:val="6E5B51F8A20C49259CB13015EB12138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">
    <w:name w:val="ACA81B7FEB124004A04A95F11ADBD7A7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">
    <w:name w:val="E3F5175B57004446843F4F317C13BE7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">
    <w:name w:val="6E2E25C8BD59485F83A4E1A3EB66C1C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">
    <w:name w:val="74CADD3637F3476CAEF2795719E307AF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">
    <w:name w:val="AB27C8C8D90949D99B80C3BCC40C6D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">
    <w:name w:val="BE6BAA36B4CE46CCBA1107A2CA86328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">
    <w:name w:val="98F3A9EE91754E259AFD2F141BD88EC3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">
    <w:name w:val="A562792367E244C2B52C13434E400DB2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">
    <w:name w:val="7E217E49FF2B4BCCB4F3ACCCBA862056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">
    <w:name w:val="A6B6B6169038418C8F137F03A3BAC3E6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">
    <w:name w:val="BA84038C5BAB4BC98BCFD7720888F4E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">
    <w:name w:val="2A85F1BB5E59479D91B2E845B74103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">
    <w:name w:val="734A0FEE22AB4D08A85FAFBB84445CB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">
    <w:name w:val="3AE69983638E496B87E186B118E83D05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">
    <w:name w:val="4E1B8BE8E635423EB269141E9E2912A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">
    <w:name w:val="522C19E6AA2346A4966003129C441C2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">
    <w:name w:val="DC6DBC8E8B3947CB8F9195F36B67D85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">
    <w:name w:val="49487EF4E50B45EF8F8DF0A58099CB0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866B3D62A9D467483AD9F2FC112FC991">
    <w:name w:val="0866B3D62A9D467483AD9F2FC112FC99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B1010EAD2C84E8487A40BF00574A8101">
    <w:name w:val="7B1010EAD2C84E8487A40BF00574A810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4DACA09B8347AD80C5A7B80BF644C61">
    <w:name w:val="774DACA09B8347AD80C5A7B80BF644C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8B75A06F87471C8A7196FB68E80DBD1">
    <w:name w:val="8D8B75A06F87471C8A7196FB68E80DBD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87971AC23FA420ABE038062EB7309E11">
    <w:name w:val="387971AC23FA420ABE038062EB7309E1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DAA593CDB6E4AA99AA5D915941D8E061">
    <w:name w:val="DDAA593CDB6E4AA99AA5D915941D8E0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7B5FD9ED6E347BFBBF821AC74E50AB11">
    <w:name w:val="37B5FD9ED6E347BFBBF821AC74E50AB1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96ACD59047469DB81EE6D0B31C287B1">
    <w:name w:val="6E96ACD59047469DB81EE6D0B31C287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299614F76FA479A90AECD1A0B263FBC1">
    <w:name w:val="D299614F76FA479A90AECD1A0B263FBC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2FF125321BC4ABC8AD9E6C98F26C8161">
    <w:name w:val="02FF125321BC4ABC8AD9E6C98F26C81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2E4CF36AE64914ACEB7B55857624791">
    <w:name w:val="8D2E4CF36AE64914ACEB7B5585762479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1A1A359BD9C4E978BFDB6BF1CAFDA721">
    <w:name w:val="61A1A359BD9C4E978BFDB6BF1CAFDA72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F1308D239D64590932AE1CF2858AD301">
    <w:name w:val="BF1308D239D64590932AE1CF2858AD30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B75735BC7246449487DBE5D908183E1">
    <w:name w:val="06B75735BC7246449487DBE5D908183E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3C0A0A9762A448AA847A638E21CA1791">
    <w:name w:val="63C0A0A9762A448AA847A638E21CA179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FD834A811CB4EF985204EAC761D129B1">
    <w:name w:val="FFD834A811CB4EF985204EAC761D129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2222B2486224E3E9143B4D08CF7A8BA1">
    <w:name w:val="B2222B2486224E3E9143B4D08CF7A8BA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0C211F8852D4E49AE467B1B30BCB3FB1">
    <w:name w:val="20C211F8852D4E49AE467B1B30BCB3F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F1D29387E743F483D0412CCED5C7811">
    <w:name w:val="1BF1D29387E743F483D0412CCED5C781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3894F2771BC49269638D9CDAEAA61861">
    <w:name w:val="D3894F2771BC49269638D9CDAEAA618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FEDDF569ED746B8873E4F4D51229E3B1">
    <w:name w:val="5FEDDF569ED746B8873E4F4D51229E3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">
    <w:name w:val="C6C5AA04D5744E5397F5B4C02E599FE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">
    <w:name w:val="657845195F10471BB191FDF6254F450F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">
    <w:name w:val="4261ABEBA6024587BD9BFFA89B86CBA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">
    <w:name w:val="ECE4C47E07C843CCA2D7255597D07705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">
    <w:name w:val="9444CF760006459A89EF2B7CE3AFF2D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">
    <w:name w:val="A451D5A1F2414B9AB219F05CFB3EC45E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">
    <w:name w:val="E58E1C4CC73644419B96786849CD0414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">
    <w:name w:val="D90A19DFEA52488BB99915162C93968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">
    <w:name w:val="521563FD68FD43D5BA165673FF6D1378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">
    <w:name w:val="AE408CFFC6BA4AA5A655C4CB9E8D33B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">
    <w:name w:val="77C883E787A7487E8AC9A2460D0D612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">
    <w:name w:val="EDFABB6305204921AB41714CDBEF1F2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">
    <w:name w:val="39948876AF22424CB7ED2F5AF92F9C43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">
    <w:name w:val="4EEA29DA30454295831DD7CCFD08932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0D6CED66AA040DDA69ECDC93E450C5A1">
    <w:name w:val="40D6CED66AA040DDA69ECDC93E450C5A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C5B641FF58471B8393FBFF543500651">
    <w:name w:val="0EC5B641FF58471B8393FBFF54350065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F6637EB45D4412D98228ECBFB3787EE1">
    <w:name w:val="4F6637EB45D4412D98228ECBFB3787EE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D0FF9FCD900404183FBA01DD17A8E451">
    <w:name w:val="1D0FF9FCD900404183FBA01DD17A8E45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1B8A2BB83B4F8DAA717BCE52A67B061">
    <w:name w:val="451B8A2BB83B4F8DAA717BCE52A67B0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D0F1915E44420ACD18C395615CB5F1">
    <w:name w:val="734D0F1915E44420ACD18C395615CB5F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4AB4FA034D45D683E0D68FB55814DE1">
    <w:name w:val="394AB4FA034D45D683E0D68FB55814DE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0C30937C2045B7AAD66FB89051D7851">
    <w:name w:val="A50C30937C2045B7AAD66FB89051D785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69DD326C5B84E7BBE53DC05AC780EA51">
    <w:name w:val="B69DD326C5B84E7BBE53DC05AC780EA5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95A7B7FDF41441DBCE86092C1339F1C1">
    <w:name w:val="195A7B7FDF41441DBCE86092C1339F1C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ADDE162BBB4B94A1F9960C195A8A831">
    <w:name w:val="8DADDE162BBB4B94A1F9960C195A8A83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BD71F48B86742FE85D545280FEBE8DA1">
    <w:name w:val="4BD71F48B86742FE85D545280FEBE8DA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2D44261F46A4D6188116D7F492387FD1">
    <w:name w:val="B2D44261F46A4D6188116D7F492387FD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CDEB8C5F974BB49418604D3C996D481">
    <w:name w:val="EDCDEB8C5F974BB49418604D3C996D48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">
    <w:name w:val="CA4E4ABAE5DA465E97A6237A7809538C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">
    <w:name w:val="156AE4FD73954CA688AAE317B321396B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">
    <w:name w:val="6D5A277E4DAE4119840AF2E2D970FC5F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">
    <w:name w:val="586FFECF142C4598987272C037E4807A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">
    <w:name w:val="0FB6E5FECABF45829BB384A56029A28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">
    <w:name w:val="2636CEBDA55446F2B898CE82D65A7F1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">
    <w:name w:val="B1AD7A19AFD34107A93F340107E987C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">
    <w:name w:val="886A75EF89754CCCA94133C3ED14837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">
    <w:name w:val="5ED57F54BA834AB1B5607992871117D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">
    <w:name w:val="6DFABCABA0B9461DA7D3E68645D5FAB7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CCD190185F49298A81B3E8C8DC75F51">
    <w:name w:val="39CCD190185F49298A81B3E8C8DC75F5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2D8681A7B4465E8AF6DF18F66E2C3A1">
    <w:name w:val="782D8681A7B4465E8AF6DF18F66E2C3A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A81FE4BFC9246A98DA336F677BF7F241">
    <w:name w:val="4A81FE4BFC9246A98DA336F677BF7F24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F17B7A684C34ED58FA29CD6A59A06551">
    <w:name w:val="3F17B7A684C34ED58FA29CD6A59A0655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BD208F5CB974A4B87AF5CA8968EAB871">
    <w:name w:val="BBD208F5CB974A4B87AF5CA8968EAB87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E30F93A003B468590B54EFBC22294EE1">
    <w:name w:val="1E30F93A003B468590B54EFBC22294EE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71CEB7E6D54725B58677B7BB2EFB511">
    <w:name w:val="5571CEB7E6D54725B58677B7BB2EFB51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756D4D8139446194653F8164058AC31">
    <w:name w:val="47756D4D8139446194653F8164058AC3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537A7F537554F6D8EF12E968C7303371">
    <w:name w:val="4537A7F537554F6D8EF12E968C730337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F960B3AA504D62B5A1A55BEE853AF01">
    <w:name w:val="5BF960B3AA504D62B5A1A55BEE853AF0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E2D82E6303345E0A39E638A854089BF1">
    <w:name w:val="DE2D82E6303345E0A39E638A854089BF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428F303836423AB2FA3B7849A5BD4B1">
    <w:name w:val="35428F303836423AB2FA3B7849A5BD4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A2C270CF2A842D8AE5D1493150C751F1">
    <w:name w:val="AA2C270CF2A842D8AE5D1493150C751F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76291C8F06144C0B6B69A2E17F649EC1">
    <w:name w:val="576291C8F06144C0B6B69A2E17F649EC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57622EBB33943C796AC2E601F6D3B9E1">
    <w:name w:val="F57622EBB33943C796AC2E601F6D3B9E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">
    <w:name w:val="7041F98D97294F33B27DB409BE8E34F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">
    <w:name w:val="73AB6D1D873F4738BF61AE697637871D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">
    <w:name w:val="520891A0A4C04E9D9F8A8F3644975C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">
    <w:name w:val="C582574595EA444189787F4DFB8EE37F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">
    <w:name w:val="55670920D67C4481B676B57D42BEF39B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D0E7F21F7C74B9EB2B3FE75BF17E85D1">
    <w:name w:val="0D0E7F21F7C74B9EB2B3FE75BF17E85D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">
    <w:name w:val="9F98BD6A7E484DF08110B1C4E624D3D0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">
    <w:name w:val="233C5AFA5E7E4902A9BB228B214E5792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">
    <w:name w:val="1B8839E78C2545FD826212E931A37F3B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">
    <w:name w:val="69B61E07360347BCBC59BA9F385F7236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3653A43C104BD19568C0A6A4225B7F">
    <w:name w:val="1B3653A43C104BD19568C0A6A4225B7F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">
    <w:name w:val="EEADD47DEE724B839CD6026B1BF75AA9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C1ADFC792F04B1F9340DFDB253C0CB61">
    <w:name w:val="9C1ADFC792F04B1F9340DFDB253C0CB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83DA7695D7E402EB5CA19517CCBE5B21">
    <w:name w:val="C83DA7695D7E402EB5CA19517CCBE5B2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DF16CD0A7CA4AAC96AFFE3614E8DBE31">
    <w:name w:val="4DF16CD0A7CA4AAC96AFFE3614E8DBE3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D7955DC92C146A480B5A5AA61DC478A1">
    <w:name w:val="CD7955DC92C146A480B5A5AA61DC478A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386D2A85A6C46C7BCDD51D6489D4EF61">
    <w:name w:val="D386D2A85A6C46C7BCDD51D6489D4EF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809BE3FCAF480C963D6647612F9F421">
    <w:name w:val="F3809BE3FCAF480C963D6647612F9F42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7193FE4EF3E4CB1AAF251352C0E3EC81">
    <w:name w:val="97193FE4EF3E4CB1AAF251352C0E3EC8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A25E580EE9047F5AFA994BF94B31B8C1">
    <w:name w:val="5A25E580EE9047F5AFA994BF94B31B8C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939A02E32A47B38D6B578ED375306E1">
    <w:name w:val="09939A02E32A47B38D6B578ED375306E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94201B11E841D682C20D5DDD8697CB1">
    <w:name w:val="A694201B11E841D682C20D5DDD8697C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ED694F7ADA41D182026A1B4E464D461">
    <w:name w:val="6EED694F7ADA41D182026A1B4E464D4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296CF00AEE414FB046425A961000461">
    <w:name w:val="E7296CF00AEE414FB046425A9610004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2854E737AF84EFCBBED6918EF96A6A61">
    <w:name w:val="F2854E737AF84EFCBBED6918EF96A6A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58E0E0D74124003B3C5006B44957AD01">
    <w:name w:val="B58E0E0D74124003B3C5006B44957AD0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823D120D3544DDB9D162684B36AE8CD1">
    <w:name w:val="1823D120D3544DDB9D162684B36AE8CD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F49E151BE1E4992AD46F6297B15E2F91">
    <w:name w:val="4F49E151BE1E4992AD46F6297B15E2F9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AC7D637E6C94DDFAC0E5544DBD1B24B1">
    <w:name w:val="8AC7D637E6C94DDFAC0E5544DBD1B24B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82EAF53DEAD4A45B8BE06944EAB33A61">
    <w:name w:val="D82EAF53DEAD4A45B8BE06944EAB33A61"/>
    <w:rsid w:val="00D0246D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8CAF70-3BAC-400F-89F8-FAE59DB4E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03bbec5-b5d2-4817-b31a-e56cf9689349"/>
    <ds:schemaRef ds:uri="15185260-356a-4f99-88cc-936cb4cb80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5185260-356a-4f99-88cc-936cb4cb807e"/>
    <ds:schemaRef ds:uri="503bbec5-b5d2-4817-b31a-e56cf9689349"/>
  </ds:schemaRefs>
</ds:datastoreItem>
</file>

<file path=customXml/itemProps3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1504</Words>
  <Characters>8574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6</cp:revision>
  <dcterms:created xsi:type="dcterms:W3CDTF">2026-08-20T15:51:00Z</dcterms:created>
  <dcterms:modified xsi:type="dcterms:W3CDTF">2026-10-07T10:47:00Z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